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24Sd/207/2013 z 30. 1. 2014</w:t>
      </w:r>
    </w:p>
    <w:p>
      <w:r>
        <w:t>Uznesenie Krajského súdu Žilina z 30. januára 2014, sp. zn. 24Sd/207/2013, ECLI:SK:KSZA:2014:5013200744.2</w:t>
      </w:r>
    </w:p>
    <w:p>
      <w:r>
        <w:t>Súd: Krajský súd Žilina</w:t>
      </w:r>
    </w:p>
    <w:p>
      <w:r>
        <w:t>Spisová značka: 24Sd/207/2013</w:t>
      </w:r>
    </w:p>
    <w:p>
      <w:r>
        <w:t>ECLI: ECLI:SK:KSZA:2014:5013200744.2</w:t>
      </w:r>
    </w:p>
    <w:p>
      <w:r>
        <w:t>Dátum vydania: 30. 1. 2014</w:t>
      </w:r>
    </w:p>
    <w:p>
      <w:r>
        <w:t>Forma: Uznesenie</w:t>
      </w:r>
    </w:p>
    <w:p>
      <w:pPr>
        <w:pStyle w:val="Heading2"/>
      </w:pPr>
      <w:r>
        <w:t>Text rozhodnutia</w:t>
      </w:r>
    </w:p>
    <w:p>
      <w:r>
        <w:t>Súd: Krajský súd Žilina Spisová značka: 24Sd/207/2013 Identifikačné číslo súdneho spisu: 5013200744 Dátum vydania rozhodnutia: 31. 01. 2014 Meno a priezvisko sudcu, VSÚ: JUDr. Zuzana Jančárová ECLI: ECLI:SK:KSZA:2014:5013200744.2 Uznesenie Krajský súd v Žiline, v právnej veci navrhovateľa: N. L., nar. XX.XX.XXXX, r. č.: XXXXXX/XXXX, bytom XXX XX D. č. XXX, proti odporkyni: Sociálna poisťovňa, ústredie, so sídlom Ul. 29. augusta č. 8-10, 813 63 Bratislava, o invalidný dôchodok, v konaní o opravnom prostriedku podanom navrhovateľom proti rozhodnutiu odporkyne č. XXX XXX XXXX X zo dňa 29.07.2013, takto r o z h o d o l : Súd konanie z a s t a v u j e . Odporkyni náhradu trov konania n e p r i z n á v a . o d ô v o d n e n i e : Napadnutým rozhodnutím č. XXX XXX XXXX X zo dňa 29.07.2013 odporkyňa podľa § 73 a § 112 ods. 4 zákona č. 461/2003 Z.z. o sociálnom poistení v znení neskorších predpisov zamietla žiadosť navrhovateľa o zvýšenie invalidného dôchodku. V dôvodoch svojho rozhodnutia uviedla, že trvanie invalidity bolo na podklade žiadosti navrhovateľa o zvýšenie invalidného dôchodku posúdené posudkovým lekárom sociálneho poistenia Sociálnej poisťovne, pobočka Žilina s určenou mierou poklesu schopnosti vykonávať zárobkovú činnosť 70 %, t.j. rovnakou mierou poklesu ako pri predchádzajúcom posúdení. Posúdenie zdravotného stavu je obsahom pripojeného odborného posudku zo dňa 10.07.2013. Proti tomuto rozhodnutiu podal navrhovateľ na tunajšom súde včas opravný prostriedok, v ktorom namietal posúdenie jeho zdravotného stavu. Za účelom posúdenia invalidity navrhovateľa na základe konania o opravnom prostriedku bol jeho zdravotný stav posúdený posudkovým lekárom sociálneho poistenia Sociálnej poisťovne, ústredie, vysunuté pracovisko v Žiline MUDr. C. H., ktorý v lekárskej správe - posudku zo dňa 15.11.2013 konštatoval, že navrhovateľ je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nie je už 70 %, ale je 75 %. MPSVZČ v percentách: 75 %. Zmena MPSVZČ: od 15.07.2013. Invalidita vznikla v dôsledku choroby. V dôsledku zmeny v posudkových záveroch bol nárok navrhovateľa na invalidný dôchodok odporkyňou opätovne posúdený. Odporkyňa rozhodnutím č. XXX XXX XXXX X - I. zo dňa 09.12.2013 podľa § 112 zákona č. 461/2003 Z.z. o sociálnom poistení v znení neskorších predpisov zrušila napadnuté rozhodnutie. Odporkyňa rozhodnutím č. XXX XXX XXXX X - II. zo dňa 09.12.2013 podľa § 73, § 112 ods. 4, § 82 a § 293ce zákona č. 461/2003 Z.z. o sociálnom poistení v znení neskorších predpisov zvýšila navrhovateľovi od 15.07.2013 invalidný dôchodok na 349,90 Eur mesačne. Výzvou zo dňa 20.11.2013 vyzval súd navrhovateľa, aby v lehote 5 pracovných dní oznámil, či trvá na opravnom prostriedku, alebo tento berie späť a súhlasí so zastavením konania s poukazom na posudok zo dňa 15.11.2013, ktorým mu bola priznaná zmena miery poklesu schopnosti vykonávať zárobkovú činnosť od 15.07.2013 vo výške 75 %. Podaním zo dňa 16.12.2013 vzal navrhovateľ svoj opravný prostriedok v celom rozsahu späť.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navrhovateľa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navrhovateľa súd konanie podľa § 250d ods. 3 O.s.p. v spojení s § 250h ods. 2 O.s.p. zastavil.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súd rozhodol tak, ako je uvedené vo výrokovej časti tohto rozhodnutia (odporkyni náhradu trov konania nepriznáva). V danej veci by navrhovateľ pri aplikácii ust. § 246c ods. 1 veta prvá O.s.p. v spojení s ust. § 146 ods. 2 veta druhá O.s.p. mal právo na náhradu trov konania len v tom prípade, ak by jeho opravný prostriedok bol podaný dôvodne. Zo spisového materiálu vyplýva, že navrhovateľ bol uznaný invalidným na základe zhoršenia zdravotného stavu (15.07.2013), ku ktorému došlo až po posúdení zdravotného stavu (10.07.2013), ktoré bolo podkladom pre vydanie napadnutého rozhodnutia, teda opravný prostriedok nebol podaný dôvodne.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31. januára 2014 JUDr. Zuzana Jančárová samosudkyňa Za správnosť vyhotovenia: Miriama Talapková</w:t>
      </w:r>
    </w:p>
    <w:p/>
    <w:p>
      <w:r>
        <w:t>Zdroj: KAUZIS.SK – https://www.kauzis.sk/judikatura/r/ECLI:SK:KSZA:2014:5013200744.2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