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24Sd/297/2013 z 23. 1. 2014</w:t>
      </w:r>
    </w:p>
    <w:p>
      <w:r>
        <w:t>Uznesenie Krajského súdu Žilina z 23. januára 2014, sp. zn. 24Sd/297/2013, ECLI:SK:KSZA:2014:5013201053.1</w:t>
      </w:r>
    </w:p>
    <w:p>
      <w:r>
        <w:t>Súd: Krajský súd Žilina</w:t>
      </w:r>
    </w:p>
    <w:p>
      <w:r>
        <w:t>Spisová značka: 24Sd/297/2013</w:t>
      </w:r>
    </w:p>
    <w:p>
      <w:r>
        <w:t>ECLI: ECLI:SK:KSZA:2014:5013201053.1</w:t>
      </w:r>
    </w:p>
    <w:p>
      <w:r>
        <w:t>Dátum vydania: 23. 1. 2014</w:t>
      </w:r>
    </w:p>
    <w:p>
      <w:r>
        <w:t>Forma: Uznesenie</w:t>
      </w:r>
    </w:p>
    <w:p>
      <w:pPr>
        <w:pStyle w:val="Heading2"/>
      </w:pPr>
      <w:r>
        <w:t>Text rozhodnutia</w:t>
      </w:r>
    </w:p>
    <w:p>
      <w:r>
        <w:t>Súd: Krajský súd Žilina Spisová značka: 24Sd/297/2013 Identifikačné číslo súdneho spisu: 5013201053 Dátum vydania rozhodnutia: 24. 01. 2014 Meno a priezvisko sudcu, VSÚ: JUDr. Zuzana Jančárová ECLI: ECLI:SK:KSZA:2014:5013201053.1 Uznesenie Krajský súd v Žiline, v právnej veci navrhovateľky: L. I., nar. XX.XX.XXXX, r. č.: XXXXXX/XXXX, bytom XXX XX B. B. č. XXX, proti odporkyni: Sociálna poisťovňa, ústredie, so sídlom Ul. 29. augusta č. 8-10, 813 63 Bratislava, o výšku invalidného dôchodku, v konaní o opravnom prostriedku podanom navrhovateľkou proti rozhodnutiu odporkyne č. XXX XXX XXXX X zo dňa 14.8.2013, takto r o z h o d o l : Súd konanie z a s t a v u j e . Navrhovateľke náhradu trov konania n e p r i z n á v a . o d ô v o d n e n i e : Napadnutým rozhodnutím č. XXX XXX XXXX X zo dňa 14.8.2013 odporkyňa Sociálna poisťovňa, ústredie Bratislava podľa § 70 ods. 1, § 82 a § 293ce zákona č. 461/2003 Z.z. o sociálnom poistení v znení neskorších predpisov priznala navrhovateľke od 28.5.2013 invalidný dôchodok v sume 344,90 € mesačne (MPSVZČ 60 %). Proti tomuto rozhodnutiu podala navrhovateľka včas opravný prostriedok, v ktorom namietala zlý zdravotný stav. Za účelom posúdenia invalidity navrhovateľky na základe konania o jej opravnom prostriedku proti rozhodnutiu odporkyne z dôvodu nesúhlasu s určenou mierou poklesu schopnosti vykonávať zárobkovú činnosť vypracoval druhostupňový posudkový lekár sociálneho poistenia MUDr. L. X. lekársku správu zo dňa 27.11.2013, v ktorej uviedol: V odvolacom konaní sme sa oboznámili s celou doručenou zdravotnou dokumentáciou, so všetkými predloženými odbornými nálezmi. Posúdenie na 1. stupni bolo správne. Po vysvetlení posudkových kritérií pre priznanie MPSVZČ 75 % od 15.8.2013 navrhovateľka s uvedeným riešením súhlasí v plnom rozsahu. Poučeniu porozumela a žiada konanie ukončiť. Podľa výroku posudku navrhovateľka je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je od 28.5.2013 60 % a od 15.8.2013 75 % (C50/Kapitola XIII, položka 2.b). V dôsledku zmeny v posudkových záveroch bol nárok navrhovateľky na invalidný dôchodok odporkyňou opätovne posúdený. Odporkyňa rozhodnutím č. XXX XXX XXXX X zo dňa 27.12.2013 podľa § 73, § 112 ods. 4, § 82 a § 293ce zákona č. 461/2003 Z.z. o sociálnom poistení v znení neskorších predpisov zvýšila navrhovateľke sumu invalidného dôchodku od 15.8.2013 na 570,90 € mesačne, zvýšený od 1.1.2014 na sumu 578,70 € mesačne. Podaním zo dňa 8.1.2014, doručeným Krajskému súdu v Žiline dňa 9.1.2014 navrhovateľka súdu oznámila, že netrvá na podanom opravnom prostriedku proti napadnutému rozhodnutiu odporkyne zo dňa 14.8.2013 a súhlasí so zastavením konania, nakoľko podľa posudku posudkového lekára sociálneho poistenia MUDr. L. X. zo dňa 27.11.2013 je miera jej poklesu schopnosti vykonávať zárobkovú činnosť od 15.8.2013 75 %. Rozhodovanie o opravných prostriedkoch proti rozhodnutiam správnych orgánov je upravené v tretej hlave piatej časti Občianskeho súdneho poriadku (ďalej len O.s.p.), konkrétne v ust. § 250l -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zastavil v súlade s ust. § 250d ods. 3 O.s.p. v spojení s ust. § 250h ods. 2 O.s.p.. O trovách konania súd rozhodol primerane podľa ust. § 250k ods. 1 O.s.p. v spojení s ust. § 250l ods. 2 O.s.p., podľa ktorého, ak mal žalobca úspech celkom alebo z časti, súd mu proti žalovanému prizná právo na úplnú alebo čiastočnú náhradu trov konania. Môže tiež rozhodnúť, že sa náhrada trov celkom alebo z časti neprizná, ak sú na to dôvody hodné osobitného zreteľa. V predmetnom konaní napriek tomu, že konanie bolo zastavené, bola navrhovateľka úspešným účastníkom konania, preto jej vznikol nárok na náhradu trov konania. Navrhovateľka si však náhradu trov neuplatnila, preto súd o trovách konania jej patriacich rozhodol tak, ako je uvedené vo výrokovej časti tohto rozhodnutia (navrhovateľke náhradu trov konania nepriznáva).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24. januára 2014 JUDr. Zuzana Jančárová samosudkyňa Za správnosť vyhotovenia: Miriama Talapková</w:t>
      </w:r>
    </w:p>
    <w:p/>
    <w:p>
      <w:r>
        <w:t>Zdroj: KAUZIS.SK – https://www.kauzis.sk/judikatura/r/ECLI:SK:KSZA:2014:5013201053.1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