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25Sd/323/2013 z 22. 1. 2014</w:t>
      </w:r>
    </w:p>
    <w:p>
      <w:r>
        <w:t>Uznesenie Krajského súdu Žilina z 22. januára 2014, sp. zn. 25Sd/323/2013, ECLI:SK:KSZA:2014:5013201054.1</w:t>
      </w:r>
    </w:p>
    <w:p>
      <w:r>
        <w:t>Súd: Krajský súd Žilina</w:t>
      </w:r>
    </w:p>
    <w:p>
      <w:r>
        <w:t>Spisová značka: 25Sd/323/2013</w:t>
      </w:r>
    </w:p>
    <w:p>
      <w:r>
        <w:t>ECLI: ECLI:SK:KSZA:2014:5013201054.1</w:t>
      </w:r>
    </w:p>
    <w:p>
      <w:r>
        <w:t>Dátum vydania: 22.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25Sd/323/2013 Identifikačné číslo súdneho spisu: 5013201054 Dátum vydania rozhodnutia: 23. 01. 2014 Meno a priezvisko sudcu, VSÚ: Mgr. Nora Tomková ECLI: ECLI:SK:KSZA:2014:5013201054.1 Uznesenie Krajský súd v Žiline, v právnej veci navrhovateľa: S. C., nar. XX. X. XXXX, r. č.: XXXXXX/XXXX, bytom T., R. XXXX/X, proti odporkyni: Sociálna poisťovňa, ústredie, so sídlom Ul. 29. augusta č. 8, 813 63 Bratislava, o invalidný dôchodok, takto r o z h o d o l : Súd konanie z a s t a v u j e . Odporkyni náhradu trov konania n e p r i z n á v a . o d ô v o d n e n i e : Odporkyňa napadnutým rozhodnutím č. XXX XXX XXXX X zo dňa 16. júla 2013 podľa § 73 a § 112 ods. 4 Zákona o sociálnom poistení v znení neskorších predpisov zamietla žiadosť navrhovateľa o zvýšenie invalidného dôchodku. Proti rozhodnutiu odporkyne podal navrhovateľ včas opravný prostriedok, v ktorom namietal nepriaznivý zdravotný stav. Na základe podaného opravného prostriedku bol zdravotný stav navrhovateľa opätovne posúdený posudkovým lekárom sociálneho poistenia odporkyne, pobočky Žilina dňa 10. septembra 2013 a posudkovým lekárom sociálneho poistenia odporkyne, ústredie dňa 28. novembra 2013. Posudkoví lekári sociálneho poistenia zotrvali na pôvodnom posudku, že navrhovateľ je naďalej invalidný podľa § 71 ods. 1 Zákona o sociálnom poistení s mierou poklesu schopnosti vykonávať zárobkovú činnosť 45 % v porovnaní so zdravou fyzickou osobou. Druhostupňový posudkový lekár sociálneho poistenia MUDr. N. v lekárskej správe z 28. novembra 2013 uviedol: V odvolacom konaní sme sa oboznámili s celou doručenou zdravotnou dokumentáciou, so všetkými predloženými odbornými nálezmi, vykonali sme vlastné vyšetrenie. Rozhodujúcim zdravotným postihnutím u navrhovateľa je naďalej stav po TEP pravého bedrového kĺbu s miernym skrátením PDK s dobrou funkciou kĺbu, čo sa týka hybnosti aj svalového tonusu, skrátenie PDK sa dá dobre korigovať ortopedickými vložkami, MPSVZČ pre rozhodujúce zdravotné postihnutie je naďalej 35 %. Ostatné ochorenia uvedené v diagnostických záveroch svojou mierou neprevyšujú rozhodujúce zdravotné postihnutie, pri hodnotení vzájomných súvislostí majú vplyv na schopnosť zárobkovej činnosti, preto MPSVZČ zvyšujeme o 10 %, hlavne pre M. Bechterev III. štádium, čo zodpovedá MPSVZČ 30 %. Depresívna porucha stredne ťažká zodpovedá MPSVZČ 35 %, je na liečbe stabilizovaná, v popredí skôr depresívne prežívanie somatických ťažkostí. Hepatopátia je bez porúch výživy, váhovo je stabilizovaný. Dorzalgia celého úseku chrbtice je v rámci základného ochorenia M. Bechterev a nemožno ju hodnotiť osobitne. Na CT popisovaná ľahká kompresia horných krycích plošiek hrudných stavcov Th 10-12, bez zúženie spinálneho kanála, bez kontaktu na nervové štruktúry, pravdepodobne ide o stav po M. Scheuerman. Celková miera poklesu schopnosti vykonávať zárobkovú činnosť je naďalej 45 % (M16/Kapitola XV., oddiel G, položka 44.1). Navrhovateľ na pojednávaní na základe vysvetlenia právnej problematiky, ako aj vzhľadom k tomu, že nemá k dispozícii novší odborný lekársky nález, zobral opravný prostriedok späť a súhlasil s tým, aby súd konanie vo veci zastavil. Keď sa mu stav zhorší a bude mať k dispozícii novší odborný lekársky nález, podá si novú žiadosť o zvýšenie invalidného dôchodku. S poukazom na dispozitívny úkon navrhovateľa súd konanie zastavil v súlade s ust. § 250d ods. 3 O.s.p. v spojení s ust. § 250h ods. 2 O.s.p..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tieto si ani neuplatnil, preto o ich náhrade súd rozhodol tak, ako je uvedené vo výrokovej časti tohto rozhodnutia (odporkyni náhradu trov konania nepriznáva).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https://www.kauzis.sk/judikatura/r/ECLI:SK:KSZA:2014:5013201054.1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