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25Sd/324/2013 z 6. 1. 2014</w:t>
      </w:r>
    </w:p>
    <w:p>
      <w:r>
        <w:t>Uznesenie Krajského súdu Žilina z 6. januára 2014, sp. zn. 25Sd/324/2013, ECLI:SK:KSZA:2014:5013201056.2</w:t>
      </w:r>
    </w:p>
    <w:p>
      <w:r>
        <w:t>Súd: Krajský súd Žilina</w:t>
      </w:r>
    </w:p>
    <w:p>
      <w:r>
        <w:t>Spisová značka: 25Sd/324/2013</w:t>
      </w:r>
    </w:p>
    <w:p>
      <w:r>
        <w:t>ECLI: ECLI:SK:KSZA:2014:5013201056.2</w:t>
      </w:r>
    </w:p>
    <w:p>
      <w:r>
        <w:t>Dátum vydania: 6. 1. 2014</w:t>
      </w:r>
    </w:p>
    <w:p>
      <w:r>
        <w:t>Forma: Uznesenie</w:t>
      </w:r>
    </w:p>
    <w:p>
      <w:pPr>
        <w:pStyle w:val="Heading2"/>
      </w:pPr>
      <w:r>
        <w:t>Text rozhodnutia</w:t>
      </w:r>
    </w:p>
    <w:p>
      <w:r>
        <w:t>Súd: Krajský súd Žilina Spisová značka: 25Sd/324/2013 Identifikačné číslo súdneho spisu: 5013201056 Dátum vydania rozhodnutia: 07. 01. 2014 Meno a priezvisko sudcu, VSÚ: Mgr. Nora Tomková ECLI: ECLI:SK:KSZA:2014:5013201056.2 Uznesenie Krajský súd v Žiline, v právnej veci navrhovateľa: A. S., nar. XX. X. XXXX, r. č.: XXXXXX/XXXX, bytom S., G. 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15. júla 2013 podľa § 70 ods. 1, § 82 a § 293ce Zákona o sociálnom poistení v znení neskorších predpisov priznala navrhovateľovi od 20. mája 2013 invalidný dôchodok v sume 125,- € mesačne. Proti rozhodnutiu odporkyne podal navrhovateľ včas opravný prostriedok, v ktorom namietal nesúhlas s posúdením. Na základe podaného opravného prostriedku bol zdravotný stav navrhovateľa opätovne posúdený posudkovým lekárom sociálneho poistenia odporkyne, pobočky Žilina dňa 18. septembra 2013 a posudkovým lekárom sociálneho poistenia odporkyne, ústredie dňa 22. novembra 2013. Posudkoví lekári sociálneho poistenia zotrvali na pôvodnom posudku, že navrhovateľ je od 20. mája 2013 invalidný podľa § 71 ods. 1 Zákona o sociálnom poistení s mierou poklesu schopnosti vykonávať zárobkovú činnosť 45 % v porovnaní so zdravou fyzickou osobou. Podaním doručeným súdu dňa 20. 12. 2013 žiadal navrhovateľ - o späťvzatie návrhu proti rozhodnutiu odporkyne o invalidný dôchodok vzhľadom k tomu, že k uvedenému dátumu predvolania na pojednávanie (16. 1. 2014) nemá nové lekárske nálezy.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https://www.kauzis.sk/judikatura/r/ECLI:SK:KSZA:2014:5013201056.2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