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20S/141/2013 z 21. 4. 2014</w:t>
      </w:r>
    </w:p>
    <w:p>
      <w:r>
        <w:t>Uznesenie Krajského súdu Žilina z 21. apríla 2014, sp. zn. 20S/141/2013, ECLI:SK:KSZA:2014:5013201094.2</w:t>
      </w:r>
    </w:p>
    <w:p>
      <w:r>
        <w:t>Súd: Krajský súd Žilina</w:t>
      </w:r>
    </w:p>
    <w:p>
      <w:r>
        <w:t>Spisová značka: 20S/141/2013</w:t>
      </w:r>
    </w:p>
    <w:p>
      <w:r>
        <w:t>ECLI: ECLI:SK:KSZA:2014:5013201094.2</w:t>
      </w:r>
    </w:p>
    <w:p>
      <w:r>
        <w:t>Dátum vydania: 21.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20S/141/2013 Identifikačné číslo súdneho spisu: 5013201094 Dátum vydania rozhodnutia: 22. 04. 2014 Meno a priezvisko sudcu, VSÚ: JUDr. Jana Martinčeková ECLI: ECLI:SK:KSZA:2014:5013201094.2 Uznesenie Krajský súd v Žiline v právnej veci žalobcu: SOTEKO s. r. o., so sídlom M. Dulu 18/60, 036 01 Martin, IČO: 31 620 906, proti žalovanému: Finančné riaditeľstvo Slovenskej republiky, so sídlom Lazovná 63, 974 01 Banská Bystrica, v konaní o preskúmanie zákonnosti rozhodnutia žalovaného č. k. 1100308/1/490436/2013 zo dňa 14.10.2013, takto jednomyseľne r o z h o d o l : Rozsudok Krajského súdu v Žiline č.k. 20S/141/2013-48 zo dňa 8. apríla 2014 v časti uvedenia miesta a dňa jeho vyhlásenia na poslednej (siedmej) strane rozsudku, kde krajský súd uviedol „V Žiline, dňa 8. apríla“, s a o p r a v u j e tak, že miesto a deň vyhlásenia rozsudku správne znie: „V Žiline, dňa 8. apríla 2014“. o d ô v o d n e n i e : Krajský súd v Žiline rozsudkom č. k. 20S/141/2013-48 zo dňa 8. apríla 2014 rozhodol tak, že žalobu zamietol. O náhrade trov konania rozhodol tak, že žalobcovi náhradu trov konania nepriznal. V písomnom vyhotovení rozsudku došlo k zrejmej nesprávnosti, a to pri uvedení miesta a dňa vyhlásenia rozsudku na poslednej (siedmej) strane rozsudku. Podľa ust. § 164 O.s.p. v spojení s ust. § 167 ods. 1 O. s. p.,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Krajský súd v písomnom vyhotovení rozsudku uviedol pri uvedení miesta a dňa vyhlásenia rozsudku na jeho poslednej (siedmej) strane, nesprávne „V Žiline, dňa 8. apríla“ namiesto „V Žiline, dňa 8. apríla 2014“, teda neuviedol rok, v ktorom bol rozsudok v danej súdenej veci vyhlásený. Z obsahu spisového materiálu - zo Zápisnice o verejnom vyhlásení rozhodnutia zo dňa 08.04.2014 (č. l. 46 spisu), je zrejmé, že k vyhláseniu predmetného rozsudku došlo dňa 8. apríla 2014. Pretože išlo o zrejmú nesprávnosť, súd vykonal opravu v súlade s ust. § 164 veta prvá O.s.p. a rozhodol tak ako je uvedené vo výroku tohto uznesenia. Poučenie: Proti tomuto uzneseniu je prípustné odvolanie do 15 dní odo dňa jeho doručenia písomne dvojmo prostredníctvom Krajského súdu v Žiline na Najvyšší súd Slovenskej republiky v Bratislave.</w:t>
      </w:r>
    </w:p>
    <w:p/>
    <w:p>
      <w:r>
        <w:t>Zdroj: KAUZIS.SK – https://www.kauzis.sk/judikatura/r/ECLI:SK:KSZA:2014:5013201094.2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