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25Sd/95/2014 z 30. 7. 2014</w:t>
      </w:r>
    </w:p>
    <w:p>
      <w:r>
        <w:t>Rozsudok Krajského súdu Žilina z 30. júla 2014, sp. zn. 25Sd/95/2014, ECLI:SK:KSZA:2014:5014200399.1</w:t>
      </w:r>
    </w:p>
    <w:p>
      <w:r>
        <w:t>Súd: Krajský súd Žilina</w:t>
      </w:r>
    </w:p>
    <w:p>
      <w:r>
        <w:t>Spisová značka: 25Sd/95/2014</w:t>
      </w:r>
    </w:p>
    <w:p>
      <w:r>
        <w:t>ECLI: ECLI:SK:KSZA:2014:5014200399.1</w:t>
      </w:r>
    </w:p>
    <w:p>
      <w:r>
        <w:t>Dátum vydania: 30. 7. 2014</w:t>
      </w:r>
    </w:p>
    <w:p>
      <w:r>
        <w:t>Forma: Rozsudok</w:t>
      </w:r>
    </w:p>
    <w:p>
      <w:r>
        <w:t>Oblasť práva: Správne právo</w:t>
      </w:r>
    </w:p>
    <w:p>
      <w:pPr>
        <w:pStyle w:val="Heading2"/>
      </w:pPr>
      <w:r>
        <w:t>Text rozhodnutia</w:t>
      </w:r>
    </w:p>
    <w:p>
      <w:r>
        <w:t>Súd: Krajský súd Žilina Spisová značka: 25Sd/95/2014 Identifikačné číslo súdneho spisu: 5014200399 Dátum vydania rozhodnutia: 31. 07. 2014 Meno a priezvisko sudcu, VSÚ: Mgr. Nora Tomková ECLI: ECLI:SK:KSZA:2014:5014200399.1 ROZSUDOK V MENE SLOVENSKEJ REPUBLIKY Krajský súd v Žiline, v konaní vedenom pred samosudkyňou Mgr. Norou Tomkovou, v právnej veci navrhovateľa: I. J., nar. XX. X.. XXXX, r. č.: XXXXXX/XXX, bytom V. XXX, XXX XX V. G. V., proti odporkyni: Sociálna poisťovňa, ústredie, so sídlom Ul. 29. augusta č. 8, 813 63 Bratislava, o starobný dôchodok, takto r o z h o d o l : Rozhodnutie odporkyne č. XXX XXX XXXX X zo dňa 5. júna 2014 (správne 5. marca 2014) v spojení so zmenovým rozhodnutím č. XXX XXX XXXX X zo dňa 11. júna 2014 p o t v r d z u j e . Navrhovateľovi náhradu trov konania n e p r i z n á v a . o d ô v o d n e n i e : Odporkyňa napadnutým rozhodnutím č. XXX XXX XXXX X zo dňa 5. júna 2014 (správne 5. marca 2014) podľa § 142 ods. 4 písm. b) Zákona o sociálnom zabezpečení a § 259 ods. 1 Zákona o sociálnom poistení v znení zákona č. 721/2004 Z. z. zamietla žiadosť navrhovateľa o priznanie starobného dôchodku od 14. januára 2002. Proti rozhodnutiu odporkyne podal navrhovateľ včas opravný prostriedok, v ktorom namietal nesprávnosť v dátume vyhotovenia rozhodnutia a dátume vzniku nároku na starobný dôchodok. Na základe námietok navrhovateľa vydala odporkyňa zmenové rozhodnutie č. XXX XXX XXXX X zo dňa 11. júna 2014, ktorým bolo pozmenené napadnuté rozhodnutie odporkyne zo dňa 5. júna 2014 v časti odôvodnenia a dátume vydania rozhodnutia. V napadnutom rozhodnutí bolo nedopatrením uvedený nesprávny dátum vystavenia rozhodnutia, namiesto 5. júna 2014 mal byť uvedený dátum 5. marca 2014. V odôvodnení napadnutého rozhodnutia bol nesprávne uvedený údaj, že nárok na starobný dôchodok vznikol od 1. júna 1999, čo je dátum priznania výsluhového príspevku podľa zákona č. 73/1998 Z. z. o štátnej službe príslušníkov Policajného zboru, Slovenskej informačnej služby, Zboru väzenskej a justičnej stráže SR a Železničnej polície, ktorý sa považuje za výsluhový dôchodok. Správny dátum vzniku nároku na starobný dôchodok je 14. januára 2002, t. j. dovŕšením 55 rokov veku, vzhľadom na výkon zamestnania v služobnom pomere zaradenom do I. pracovnej kategórie v rozsahu najmenej 20 rokov. V odôvodnení napadnutých rozhodnutí, ako aj v písomnom vyjadrení k opravnému prostriedku odporkyňa poukázala na § 132 ods. 1 písm. a) Zákona o sociálnom zabezpečení - z dôvodu, že navrhovateľ získal najmenej 25 rokov zamestnania a v službe získal najmenej 20 rokov v I. kategórii funkcií, vznikol mu nárok na starobný dôchodok podľa § 132 ods. 1 písm. a) Zákona o sociálnom zabezpečení dňa 14. januára 2002, t. j. pred dňom nadobudnutia účinnosti zákona č. 328/2002 Z. z.. Vzhľadom na výkon zamestnania v služobnom pomere zaradenom do I. pracovnej kategórie v rozsahu najmenej 20 rokov nárok na starobný dôchodok navrhovateľovi vznikol 14. januára 2002, čo je podľa § 94 ods. 1 Zákona o sociálnom zabezpečení v čase, kedy sa na vzniknuté nároky vzťahovala piata časť zákona č. 100/1988 Zb. v znení neskorších predpisov. Rovnako odporkyňa poukázala na to, že je príslušná na rozhodovanie o nároku na starobný dôchodok v zmysle Zákona o sociálnom poistení v znení neskorších predpisov. Vzhľadom na ust. § 142 ods. 4 písm. b) Zákona o sociálnom zabezpečení Sociálna poisťovňa nie je príslušná rozhodnúť o tomto nároku. Navrhovateľovi nevznikol nárok na starobný dôchodok podľa zákona č. 461/2003 Z. z. o sociálnom poistení v znení neskorších predpisov, a to ani s prihliadnutím na ust. § 261 ods. 1 Zákona o sociálnom poistení, pretože nespĺňa podmienku nepretržitého trvania zamestnania od vzniku nároku na starobný dôchodok do 31. decembra 2003. Pretože odporkyňa nie je príslušná rozhodnutie o starobnom dôchodku podľa § 132 ods. 1 písm. a) Zákona o sociálnom zabezpečení, navrhovateľova žiadosť bola zamietnutá podľa nej správne. Vzhľadom na uvedené skutkové a právne dôvody žiadala, aby krajský súd napadnuté rozhodnutie zo dňa 5. júna 2014 (správne 5. marca 2014) v spojení so zmenovým rozhodnutím zo dňa 11. júna 2014 ako vecne správne potvrdil. Navrhovateľ na pojednávaní sa v plnom rozsahu pridržiaval svojho písomne podaného opravného prostriedku. Poukázal na to, že od 1. júna 1999 mu bol priznaný výsluhový príspevok podľa zákona č. 73/1998 Z. z., ktorý mu je vyplácaný do dnešného dňa. Na otázku sudkyne, či bol nepretržite zamestnaný do 31. 12. 2003 uviedol: Nepretržite zamestnaný do konca roku 2003 nebol. Do konca roku 2002 bol evidovaný na úrade práce ako nezamestnaný. Nakoľko splnil všetky podmienky podľa § 274 Zákona o sociálnom poistení, vykonával službu v I. kategórii funkcií 31 rokov a asi 140 dní vrátane základnej vojenskej služby + civilné zamestnania, žiadal, aby mu odporkyňa priznala starobný dôchodok. Navrhovateľ súdu predložil rozhodnutie Najvyššieho súdu SR, ktoré je podľa neho vydané v obdobnej veci č. k. 9So/157/2011 zo dňa 30. januára 2013. Zástupkyňa odporkyne prítomná na pojednávaní sa v plnom rozsahu pridržiavala písomného vyjadrenia vo veci zo dňa 24. júna 2014 a vzhľadom k dôvodom v ňom uvedených navrhla napadnuté rozhodnutie odporkyne spolu so zmenovým rozhodnutím zo dňa 11. júna 2014 ako vecne správne potvrdiť. Krajský súd v súlade s ust. § 250l - § 250s O.s.p. preskúmal napadnuté rozhodnutia, oboznámil sa s administratívnym spisom odporkyne, ako aj s ostatným spisovým materiálom a dospel k záveru, že opravný prostriedok navrhovateľa nie je dôvodný. Navrhovateľ žiadosťou o dôchodok spísanou 11. novembra 2013 si uplatnil nárok na starobný dôchodok od 14. januára 2002. V konaní bolo preukázané, že rozhodnutím Ministerstva vnútra Slovenskej republiky bol navrhovateľovi priznaný výsluhový príspevok, ktorý sa považuje za výsluhový dôchodok podľa zákona č. 73/1998 Z. z. o štátnej službe príslušníkov Policajného zboru, Slovenskej informačnej služby, Zboru väzenskej a justičnej stráže SR a Železničnej polície. Na určenie sumy priznanej dávky bola zhodnotená doba služobného pomeru v rozsahu 31 rokov a 114 dní. Na nárok na dávku výsluhového zabezpečenia bola zhodnotená doba služobného pomeru od 9.10. 1966 do 24. 9. 1968 v I. kategórii funkcií - základná vojenská služba a od 1. 2. 1970 do 31. 5. 1999 v I. kategórii funkcií - služobný pomer v PZ. Podľa § 124 ods. 2 zákona č. 328/2002 Z. z. výsluhové príspevky, na ktoré vznikol nárok podľa § 211 ods. 1 písm. d) a odseku 2 zákona č. 73/1998 Z. z. v znení neskorších predpisov a tento nárok trvá ku dňu účinnosti tohto zákona, sa považujú za výsluhové dôchodky podľa tohto zákona vo výške, v akej patrili ku dňu jeho účinnosti. Z citovaného ustanovenia vyplýva, že výsluhový príspevok navrhovateľa, priznaný podľa zákona č. 73/1998 Z. z. nie je výsluhovým dôchodkom podľa zákona č. 328/2002 Z. z., iba sa za taký považuje. Doba služby príslušníka PZ, teda navrhovateľovi nezaložila nárok na výsluhový dôchodok podľa zákona č. 328/2002 Z. z., preto túto dobu treba považovať za obdobie dôchodkového poistenia získané do 31. decembra 2003 podľa § 255 ods. 5 zákona č. 461/2003 Z. z.. Je zrejmé, že navrhovateľ, nar. 14. 1. 1947, dosiahol vek 55 rokov dňa 14. januára 2002 a k tomuto dňu bol zamestnaný viac ako 25 rokov a splnil aj podmienku výkonu služby zaradenej do I. kategórie funkcií v rozsahu viac ako 20 rokov. Dňom 14. januára 2002 teda splnil všetky podmienky nároku na starobný dôchodok podľa § 132 ods. 1 písm. a) zákona č. 100/1988 Zb.. Po vzniku nároku na starobný dôchodok ďalej nebol zamestnaný (dôchodkovo poistený). Z § 212 ods. 1 zákona č. 73/1998 Z. z. vyplýva, že pri súbehu nároku na príspevok s nárokom na starobný dôchodok podľa predpisov o sociálnom zabezpečení a prídavku k dôchodku podľa tohto zákona patrí oprávnenému podľa jeho voľby príspevok alebo dôchodok s prídavkom k dôchodku. Podľa § 259 ods. 1 Zákona o sociálnom poistení v konaniach o nárokoch na dávky a ich výplatu z nemocenského poistenia, dôchodkového zabezpečenia, o nároku na úpravu dôchodku z dôvodu jediného zdroja príjmu, o nárokoch na náhradu škody spôsobenú pracovným úrazom alebo chorobou z povolania, o nároku zamestnanca z pracovného pomeru, ktoré sa uspokojovali z garančného fondu a o nároku na podporu v nezamestnanosti, ktoré vznikli pred 1. januárom 2004, o ktorých nebolo do tohto dňa právoplatne rozhodnuté, a o priznaní, odňatí alebo zmene sumy dávky, náhrady škody spôsobenej pracovným úrazom alebo chorobou z povolania alebo podpory v nezamestnanosti za obdobie pred 1. januárom 2004, aj keď o uvedenej dávke, náhrade škody, peňažnej náhrade alebo podpore v nezamestnanosti už bolo právoplatne rozhodnuté, sa rozhodne podľa predpisov účinných do 31. decembra 2003 s odchýlkami ďalej ustanovenými. Keďže nárok navrhovateľa na starobný dôchodok vznikol pred 1. januárom 2004, v konaní o tomto nároku je potrebné postupovať podľa predpisov účinných do 31. decembra 2003, teda podľa zákona č. 100/1988 Zb. o sociálnom zabezpečení. V zmysle § 114 ods. 2 a § 142 ods. 4 písm. b) zákona č. 100/1988 Zb. o dávkach dôchodkového zabezpečenia príslušníka Policajného zboru rozhoduje Ministerstvo vnútra SR, odbor sociálneho zabezpečenia. Orgánom Ministerstva vnútra SR je v danom prípade odbor sociálneho zabezpečenia. Odporkyňa podľa názoru krajského súdu postupovala správne, keď sama nerozhodovala o žiadosti navrhovateľa o starobný dôchodok, lebo vzhľadom na skutočnosť, že navrhovateľ nebol od vzniku nároku na starobný dôchodok nepretržite zamestnaný k 31. decembru 2003, ako to predpokladá ust. § 261 ods. 1 Zákona o sociálnom poistení, nebola a nie je za daných okolností príslušná o takej žiadosti rozhodnúť. Z uvedených dôvodov súd napadnuté rozhodnutie odporkyne č. XXX. XXX XXXX X zo dňa 5. júna 2014 (správne 5. marca 2014) v spojení so zmenovým rozhodnutím odporkyne zo dňa 11. júna 2014 ako zákonné potvrdil v súlade s ust. § 250q ods. 2 O.s.p.. Odporkyňa zosúladila svoju aplikačnú prax s právnym názorom vysloveným Najvyšším súdom SR (9So/103/2011 zo dňa 26. 9. 2012, 9So/180/2011 zo dňa 31. októbra 2012). Odporkyňa v tomto konaní nemá nárok na náhradu trov a podľa výsledku konania navrhovateľovi právo na náhradu trov nevzniklo, preto súd o trovách konania rozhodol tak, ako je uvedené vo výrokovej časti tohto rozhodnutia (navrhovateľovi náhradu trov konania nepriznáva) v súlade s ust. § 250k ods. 1 O.s.p. v spojení s ust. § 250l ods. 2 O.s.p.. Poučenie: Proti tomuto rozsudku je prípustné odvolanie do 15 dní odo dňa jeho doručenia prostredníctvom Krajského súdu v Žiline na Najvyšší súd Slovenskej republiky v Bratislave, písomne v 3 vyhotoveniach. 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205 ods. 3 O.s.p.).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https://www.kauzis.sk/judikatura/r/ECLI:SK:KSZA:2014:5014200399.1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