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24Sd/99/2014 z 14. 7. 2014</w:t>
      </w:r>
    </w:p>
    <w:p>
      <w:r>
        <w:t>Uznesenie Krajského súdu Žilina z 14. júla 2014, sp. zn. 24Sd/99/2014, ECLI:SK:KSZA:2014:5014200427.2</w:t>
      </w:r>
    </w:p>
    <w:p>
      <w:r>
        <w:t>Súd: Krajský súd Žilina</w:t>
      </w:r>
    </w:p>
    <w:p>
      <w:r>
        <w:t>Spisová značka: 24Sd/99/2014</w:t>
      </w:r>
    </w:p>
    <w:p>
      <w:r>
        <w:t>ECLI: ECLI:SK:KSZA:2014:5014200427.2</w:t>
      </w:r>
    </w:p>
    <w:p>
      <w:r>
        <w:t>Dátum vydania: 14. 7.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24Sd/99/2014 Identifikačné číslo súdneho spisu: 5014200427 Dátum vydania rozhodnutia: 15. 07. 2014 Meno a priezvisko sudcu, VSÚ: JUDr. Zuzana Jančárová ECLI: ECLI:SK:KSZA:2014:5014200427.2 Uznesenie Krajský súd v Žiline, v právnej veci navrhovateľa: R.. F. L. N., nar. XX.XX.XXXX, r. č.: XXXXXX/XXXX, bytom W. č. XXX/XX, XXX XX Y. W. - Y. T., proti odporkyni: Sociálna poisťovňa, ústredie, so sídlom Ul. 29. augusta č. 8-10, 813 63 Bratislava, o invalidný dôchodok, v konaní o opravnom prostriedku podanom navrhovateľom proti rozhodnutiu odporkyne č. XXX XXX XXXX X zo dňa 07.01.2014, takto r o z h o d o l : Súd konanie z a s t a v u j e . Odporkyni náhradu trov konania n e p r i z n á v a . o d ô v o d n e n i e : Napadnutým rozhodnutím č. XXX XXX XXXX X zo dňa 07.01.2014 odporkyňa podľa § 37 ods. 3 zákona č. 100/1988 Zb. o sociálnom zabezpečení v znení neskorších predpisov a podľa 112 ods. 2 a 6 a § 263 zákona č. 461/2003 Z.z. o sociálnom poistení v znení zákona č. 310/2006 Z.z. odňala navrhovateľovi od 22.02.2014 invalidný dôchodok. Proti tomuto rozhodnutiu podal navrhovateľ včas opravný prostriedok, v ktorom namietal posúdenie jeho zdravotného stavu. Uvedený opravný prostriedok navrhovateľa bol dňa 07.04.2014 predložený odporkyňou Krajskému súdu v Žiline na rozhodnutie. Za účelom posúdenia invalidity navrhovateľa na základe konania o opravnom prostriedku bol jeho zdravotný stav posúdený posudkovou lekárkou sociálneho poistenia Sociálnej poisťovne, ústredie, vysunuté pracovisko v Bratislave MUDr. W. Z., ktorá v lekárskej správe - posudku zo dňa 02.04.2014 konštatovala, že navrhovateľ nie je už čiastočne invalidný podľa § 37 ods. 3 zákona č. 100/1988 Zb. v znení neskorších predpisov, lebo jeho telesné a duševné schopnosti sú dostatočné na vykonávanie sústavného zamestnania bez osobitne uľahčených pracovných podmienok a nemá značne sťažené všeobecné životné podmienky. Čiastočná invalidita zanikla. Na pojednávaní dňa 15.07.2014 navrhovateľ súdu oznámil, že po oboznámení sa s posudkovým záverom druhostupňovej posudkovej lekárky sociálneho poistenia MUDr. W. Z. zo dňa 02.04.2014 opravný prostriedok podaný proti napadnutého rozhodnutiu odporkyne berie v celom rozsahu späť a súhlasí so zastavením konania. Poverená pracovníčka odporkyne nemala námietky voči dispozitívnemu úkonu navrhovateľa. Rozhodovanie o opravných prostriedkoch proti rozhodnutiam správnych orgánov je upravené v tretej hlave piatej časti Občianskeho súdneho poriadku (ďalej len O.s.p.), konkrétne v ust. § 250l až § 250s O.s.p. Podľa § 250l ods. 2 O.s.p. pokiaľ v tejto hlave nie je ustanovené inak, použije sa primerane ustanovenie druhej hlavy s výnimkou § 250a. Vzhľadom na absenciu právnej úpravy späťvzatia opravného prostriedku v tretej hlave piatej časti O.s.p. súd o dispozitívnom úkone navrhovateľa a o trovách konania rozhodol podľa ustanovení druhej hlavy piatej časti O.s.p., upravujúcich konanie o žalobách proti rozhodnutiam a postupom správnych orgánov. Podľa § 250h ods. 2 O.s.p. až do rozhodnutia súdu môže žalobca vziať žalobu späť; ak žalovanému medzitým vznikli trovy konania, rozhodne súd o ich náhrade. Podľa § 250d ods. 3 O.s.p. súd uznesením konanie zastaví, ak bola žaloba vzatá späť (§ 250h ods. 2 O.s.p.). Odvolanie proti uzneseniu je prípustné. S poukazom na dispozitívny úkon navrhovateľa súd konanie podľa § 250d ods. 3 O.s.p. v spojení s § 250h ods. 2 O.s.p. zastavil. O trovách konania súd rozhodol primerane podľa ust. § 250h ods. 2 O.s.p. v spojení s ust. § 250l ods. 2 O.s.p., podľa ktorého, až do rozhodnutia súdu môže žalobca vziať žalobu späť; ak žalovanému medzitým vznikli trovy konania, rozhodne súd o ich náhrade. V predmetnom konaní žalovanému správnemu orgánu trovy konania nevznikli, preto súd rozhodol tak, ako je uvedené vo výrokovej časti tohto rozhodnutia (odporkyni náhradu trov konania nepriznáva). Poučenie: Proti tomuto uzneseniu je prípustné odvolanie do 15 dní odo dňa jeho doručenia prostredníctvom Krajského súdu v Žiline na Najvyšší súd Slovenskej republiky v Bratislave, písomne v troch vyhotoveniach. Vzhľadom na to, že účastníci konania sa vzdali práva podať odvolanie proti vyhlásenému rozhodnutiu, toto nadobudne právoplatnosť dňom doručenia poslednému z nich (§ 207 ods. 1 O.s.p., § 167 ods. 2 O.s.p. v spojení s § 159 ods. 1 O.s.p.).</w:t>
      </w:r>
    </w:p>
    <w:p/>
    <w:p>
      <w:r>
        <w:t>Zdroj: KAUZIS.SK – https://www.kauzis.sk/judikatura/r/ECLI:SK:KSZA:2014:5014200427.2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