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25Sd/134/2014 z 17. 6. 2014</w:t>
      </w:r>
    </w:p>
    <w:p>
      <w:r>
        <w:t>Uznesenie Krajského súdu Žilina z 17. júna 2014, sp. zn. 25Sd/134/2014, ECLI:SK:KSZA:2014:5014200599.2</w:t>
      </w:r>
    </w:p>
    <w:p>
      <w:r>
        <w:t>Súd: Krajský súd Žilina</w:t>
      </w:r>
    </w:p>
    <w:p>
      <w:r>
        <w:t>Spisová značka: 25Sd/134/2014</w:t>
      </w:r>
    </w:p>
    <w:p>
      <w:r>
        <w:t>ECLI: ECLI:SK:KSZA:2014:5014200599.2</w:t>
      </w:r>
    </w:p>
    <w:p>
      <w:r>
        <w:t>Dátum vydania: 17. 6. 2014</w:t>
      </w:r>
    </w:p>
    <w:p>
      <w:r>
        <w:t>Forma: Uznesenie</w:t>
      </w:r>
    </w:p>
    <w:p>
      <w:pPr>
        <w:pStyle w:val="Heading2"/>
      </w:pPr>
      <w:r>
        <w:t>Text rozhodnutia</w:t>
      </w:r>
    </w:p>
    <w:p>
      <w:r>
        <w:t>Súd: Krajský súd Žilina Spisová značka: 25Sd/134/2014 Identifikačné číslo súdneho spisu: 5014200599 Dátum vydania rozhodnutia: 18. 06. 2014 Meno a priezvisko sudcu, VSÚ: Mgr. Nora Tomková ECLI: ECLI:SK:KSZA:2014:5014200599.2 Uznesenie Krajský súd v Žiline, v právnej veci navrhovateľa: doc. Ing. S. H., CSc., nar. XX. X. XXXX, r. č.: XXXXXX/ XXXX, bytom X. E., P. XXX/XX,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zo dňa 13. februára 2014 podľa § 273 ods. 5 a § 259 ods. 1 Zákona o sociálnom poistení v znení zákona č. 721/2004 Z. z. zamietla žiadosť navrhovateľa z 5. februára 2013 o priznaní starobného dôchodku. Proti rozhodnutiu odporkyne podal navrhovateľ včas opravný prostriedok, ktorým žiadal napadnuté rozhodnutie preskúmať z dôvodu, že žiada o prepočet už priznaného starobného dôchodku rozhodnutím odporkyne zo dňa 9. novembra 2007 spôsobom ako uvádza v odvolaní. Podaním doručeným súdu dňa 17. 6. 2014 oznámil navrhovateľ, že berie späť v celom rozsahu opravný prostriedok voči vydanému rozhodnutiu odporkyne o zamietnutí priznania starobného dôchodku.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tieto si ani neuplatnil,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https://www.kauzis.sk/judikatura/r/ECLI:SK:KSZA:2014:5014200599.2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