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25Sd/179/2014 z 3. 8. 2014</w:t>
      </w:r>
    </w:p>
    <w:p>
      <w:r>
        <w:t>Uznesenie Krajského súdu Žilina z 3. augusta 2014, sp. zn. 25Sd/179/2014, ECLI:SK:KSZA:2014:5014200764.3</w:t>
      </w:r>
    </w:p>
    <w:p>
      <w:r>
        <w:t>Súd: Krajský súd Žilina</w:t>
      </w:r>
    </w:p>
    <w:p>
      <w:r>
        <w:t>Spisová značka: 25Sd/179/2014</w:t>
      </w:r>
    </w:p>
    <w:p>
      <w:r>
        <w:t>ECLI: ECLI:SK:KSZA:2014:5014200764.3</w:t>
      </w:r>
    </w:p>
    <w:p>
      <w:r>
        <w:t>Dátum vydania: 3. 8. 2014</w:t>
      </w:r>
    </w:p>
    <w:p>
      <w:r>
        <w:t>Forma: Uznesenie</w:t>
      </w:r>
    </w:p>
    <w:p>
      <w:pPr>
        <w:pStyle w:val="Heading2"/>
      </w:pPr>
      <w:r>
        <w:t>Text rozhodnutia</w:t>
      </w:r>
    </w:p>
    <w:p>
      <w:r>
        <w:t>Súd: Krajský súd Žilina Spisová značka: 25Sd/179/2014 Identifikačné číslo súdneho spisu: 5014200764 Dátum vydania rozhodnutia: 04. 08. 2014 Meno a priezvisko sudcu, VSÚ: Mgr. Nora Tomková ECLI: ECLI:SK:KSZA:2014:5014200764.3 Uznesenie Krajský súd v Žiline, v právnej veci navrhovateľa: T. U., nar. XX. X. XXXX, r. č.: XXXXXX/XXXX, bytom G. O., W. cesta XXX/XX,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0 zo dňa 2. apríla 2014 podľa § 70, § 71 Zákona o sociálnom poistení v znení neskorších predpisov zamietla žiadosť navrhovateľa o invalidný dôchodok zo dňa 3. marca 2014. Proti rozhodnutiu odporkyne podal navrhovateľ včas opravný prostriedok, v ktorom namietal nepriaznivý zdravotný stav. Na základe podaného opravného prostriedku bol zdravotný stav navrhovateľa opätovne posúdený posudkovým lekárom sociálneho poistenia odporkyne, pobočky Žilina dňa 22. marca 2014 a posudkovým lekárom sociálneho poistenia odporkyne, ústredie dňa 12. júna 2014. Posudkoví lekári sociálneho poistenia zotrvali na pôvodnom posudku, že navrhovateľ nie je invalidný podľa § 71 ods. 1 Zákona o sociálnom poistení, lebo má mieru poklesu schopnosti vykonávať zárobkovú činnosť 30 % v porovnaní so zdravou fyzickou osobou. Druhostupňový posudkový lekár sociálneho poistenia MUDr. P. v lekárskej správe zo dňa 12. júna 2014 uviedol: V odvolacom konaní sme sa oboznámili s celou doručenou zdravotnou dokumentáciou, so všetkými predloženými odbornými nálezmi, vykonali sme vlastné vyšetrenie. U navrhovateľa v 10/2013 zistená cukrovka 1. typu, nastavený hneď na liečbu inzulínom v intenzifikovanom režime, cukrovka je hraničné kompenzovaná. Komplikácie cukrovky klinicky ani pomocnými vyšetreniami neboli verifikované. Vzhľadom k uvedenému ochorenie zaradené do kap. IV., 1.b) na dolnej hranici rozpätia, t. j. 30 %. Ostatné ochorenia uvedené v diagnostických záveroch pri osobitnom hodnotení svojou mierou neprevyšujú rozhodujúce zdravotné postihnutie, pri hodnotení vzájomných súvislostí MPSVZČ viac neovplyvňujú. Krátkozrakosť je ľahko stupňa, vízus s korekciou je v norme, migréna je dobre liečbou kontrolovaná. Miera poklesu schopnosti vykonávať zárobkovú činnosť je naďalej 30 % (E10/Kap. IV., 1.b). Podaním doručeným súdu dňa 30. 7. 2014 oznámil navrhovateľ, že sa nezúčastní pojednávania dňa 14. augusta 2014, nakoľko berie späť svoj návrh (opravný prostriedok) proti rozhodnutiu odporkyne o invalidný dôchodok.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https://www.kauzis.sk/judikatura/r/ECLI:SK:KSZA:2014:5014200764.3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