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24Sd/184/2014 z 10. 11. 2014</w:t>
      </w:r>
    </w:p>
    <w:p>
      <w:r>
        <w:t>Rozsudok Krajského súdu Žilina z 10. novembra 2014, sp. zn. 24Sd/184/2014, ECLI:SK:KSZA:2014:5014200879.2</w:t>
      </w:r>
    </w:p>
    <w:p>
      <w:r>
        <w:t>Súd: Krajský súd Žilina</w:t>
      </w:r>
    </w:p>
    <w:p>
      <w:r>
        <w:t>Spisová značka: 24Sd/184/2014</w:t>
      </w:r>
    </w:p>
    <w:p>
      <w:r>
        <w:t>ECLI: ECLI:SK:KSZA:2014:5014200879.2</w:t>
      </w:r>
    </w:p>
    <w:p>
      <w:r>
        <w:t>Dátum vydania: 10. 11. 2014</w:t>
      </w:r>
    </w:p>
    <w:p>
      <w:r>
        <w:t>Forma: Rozsudok</w:t>
      </w:r>
    </w:p>
    <w:p>
      <w:r>
        <w:t>Oblasť práva: Správne právo</w:t>
      </w:r>
    </w:p>
    <w:p>
      <w:pPr>
        <w:pStyle w:val="Heading2"/>
      </w:pPr>
      <w:r>
        <w:t>Text rozhodnutia</w:t>
      </w:r>
    </w:p>
    <w:p>
      <w:r>
        <w:t>Súd: Krajský súd Žilina Spisová značka: 24Sd/184/2014 Identifikačné číslo súdneho spisu: 5014200879 Dátum vydania rozhodnutia: 11. 11. 2014 Meno a priezvisko sudcu, VSÚ: JUDr. Zuzana Jančárová ECLI: ECLI:SK:KSZA:2014:5014200879.2 ROZSUDOK V MENE SLOVENSKEJ REPUBLIKY Krajský súd v Žiline, v konaní pred samosudkyňou JUDr. Zuzanou Jančárovou, v právnej veci navrhovateľa: Y. Y., nar. XX.XX.XXXX, r. č.: XXXXXX/XXXX, bytom L. č. XXXX/XX, XXX XX A., proti odporkyni: Sociálna poisťovňa, ústredie, so sídlom Ul. 29. augusta č. 8-10, 813 63 Bratislava, o invalidný dôchodok, o opravnom prostriedku podanom navrhovateľom proti rozhodnutiu odporkyne č. XXX. XXX XXXX X zo dňa 24.03.2014 v spojení so zmenovým rozhodnutím odporkyne č. XXX XXX XXXX X zo dňa 06.08.2014, takto r o z h o d o l : Rozhodnutie odporkyne Sociálnej poisťovne, ústredie Bratislava č. XXX XXX XXXX X zo dňa 24.03.2014 v spojení so zmenovým rozhodnutím odporkyne č. XXX XXX XXXX X zo dňa 06.08.2014 p o t v r d z u j e . Odporkyni náhradu trov konania n e p r i z n á v a . o d ô v o d n e n i e : Napadnutým rozhodnutím č. XXX XXX XXXX X zo dňa 24.03.2014 odporkyňa podľa § 70 zákona č. 461/2003 Z.z. o sociálnom poistení v znení neskorších predpisov (ďalej len „zákon č. 461/2003 Z.z.“) zamietla žiadosť navrhovateľa o invalidný dôchodok. V dôvodoch rozhodnutia odporkyňa uviedla, že navrhovateľ bol uznaný za invalidného z dôvodu, že má pokles schopnosti vykonávať zárobkovú činnosť o viac ako 70 % v porovnaní so zdravou fyzickou osobou. Potrebný počet rokov obdobia dôchodkového poistenia na vznik nároku na invalidný dôchodok vo veku nad 28 rokov do 34 rokov je najmenej päť rokov a zisťuje sa z obdobia pred vznikom invalidity. Pred 07.11.2013 navrhovateľ získal 1189 dní obdobia dôchodkového poistenia, t.j. 3 roky a 94 dní, čím nesplnil podmienku potrebného počtu rokov obdobia dôchodkového poistenia. Na základe konania o opravnom prostriedku proti vyššie uvedenému rozhodnutiu, v ktorom navrhovateľ namietal nedostatočné posúdenie zdravotného stavu a určenie dátumu uznania invalidity, bola opätovne posúdená invalidita navrhovateľa a dátum vzniku invalidity. Posudkový lekár sociálneho poistenia Sociálnej poisťovne, ústredie, vysunuté pracovisko v Žiline MUDr. R. U. v lekárskej správe - posudku zo dňa 16.07.2014 konštatoval, že navrhovateľ je od 06.12.2012 invalidný podľa § 71 ods. 1 zákona č. 461/2003 Z.z. o sociálnom poistení, lebo pre dlhodobo nepriaznivý zdravotný stav má pokles schopnosti vykonávať zárobkovú činnosť o viac ako 40 % v porovnaní so zdravou fyzickou osobou. MPSVZČ 75 %. Zmenovým rozhodnutím č. XXX XXX XXXX X zo dňa 06.08.2014 odporkyňa podľa § 70 zákona č. 461/2003 Z.z. zamietla žiadosť navrhovateľa o invalidný dôchodok. V dôvodoch rozhodnutia odporkyňa uviedla, že navrhovateľ bol uznaný za invalidného z dôvodu, že má pokles schopnosti vykonávať zárobkovú činnosť o viac ako 70 % v porovnaní so zdravou fyzickou osobou. Navrhovateľ pred vznikom invalidity, 06.12.2012, získal 3 roky a 94 dní obdobia dôchodkového poistenia, čím nesplnil podmienku potrebného počtu rokov obdobia dôchodkového poistenia pre poistenca vo veku nad 28 rokov do 34 rokov, teda 5 rokov. Týmto rozhodnutím zmenila rozhodnutie č. XXX XXX XXXX X zo dňa 24.03.2014. Odporkyňa vo vyjadrení k opravnému prostriedku zo dňa 19.08.2014 uviedla, že námietkam navrhovateľa nie je možné vyhovieť. Poukázala na ust. § 70 ods. 1 a 71 ods. 1 zákona č. 461/2003 Z.z. Navrhovateľ ku dňu vzniku invalidity získal len 3 roky a 94 dní obdobia dôchodkového poistenia, preto mu nárok na invalidný dôchodok nevznikol. Vzhľadom na uvedené skutkové a právne dôvody odporkyňa navrhla napadnuté rozhodnutia ako vecne správne potvrdiť. Dňa 11.11.2014 sa uskutočnilo súdne pojednávanie na Krajskom súde v Žiline. Osobne sa dostavila poverená pracovníčka odporkyne a matka navrhovateľa Y. Y., nar. XX.X.XXXX, bytom A., L. č. XXXX/ XX, ktorá žiadala ospravedlniť neúčasť jej syna na pojednávaní zo zdravotných dôvodov. Po splnení podmienok uvedených v § 250g ods. 2 O.s.p. súd vec prejednal na pojednávaní v neprítomnosti navrhovateľa (doručenie predvolania mal vykázané, lehota na prípravu na pojednávanie bola zachovaná). Poverená pracovníčka odporkyne s poukazom na písomné vyjadrenie zo dňa 19.08.2014 navrhla napadnuté rozhodnutia potvrdiť. Krajský súd preskúmal napadnuté rozhodnutia odporkyne, i konanie, ktoré im predchádzalo (§ 250l a nasl. O.s.p.) a dospel k záveru, že opravnému prostriedku navrhovateľa nemožno vyhovieť. Predmetnom prieskumu bolo rozhodnutie odporkyne o nepriznaní invalidného dôchodku v spojení so zmenovým rozhodnutím, pričom navrhovateľ namietal skorší dátum vzniku invalidity s poukazom na nepriaznivý zdravotný stav od narodenia. Podľa § 70 ods. 1 zákona č. 461/2003 Z.z.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zákona č. 461/2003 Z.z. poistenec je invalidný, ak pre dlhodobo nepriaznivý zdravotný stav má pokles schopnosti vykonávať zárobkovú činnosť o viac ako 40 % v porovnaní so zdravou fyzickou osobou. Podľa § 72 ods. 1 písm. e) zákona č. 461/2003 Z.z. počet rokov dôchodkového poistenia na vznik nároku na invalidný dôchodok poistenca vo veku nad 28 rokov do 34 rokov je najmenej päť rokov. Dlhodobo nepriaznivý zdravotný stav je taký zdravotný stav, ktorý spôsobuje pokles schopnosti vykonávať zárobkovú činnosť, a ktorý má podľa poznatkov lekárskej vedy trvať dlhšie ako jeden rok.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Pokles schopnosti vykonávať zárobkovú činnosť sa posudzuje na základe lekárskych správ a údajov zo zdravotnej dokumentácie a komplexných funkčných vyšetrení a ich záverov. Miera poklesu schopnosti vykonávať zárobkovú činnosť v percentách sa určuje podľa druhu zdravotného postihnutia, ktoré je rozhodujúcou príčinou dlhodobo nepriaznivého zdravotného stavu a so zreteľom na závažnosť ostatných zdravotných postihnutí. Posúdenie rozsahu zdravotného poškodenia a jeho následkov na schopnosť občana vykonávať zárobkovú činnosť vyžaduje odborné lekárske znalosti a vo veciach sociálneho poistenia je dokazovanie v tomto smere zverené posudkovým lekárom sociálneho poistenia, a to na účely správneho, ako aj na účely súdneho konania. Z obsahu pripojeného administratívneho spisu súd zistil, že druhostupňový lekár sociálneho poistenia MUDr. R. U. stanovil v posudku zo dňa 16.07.2014 dátum vzniku invalidity na 06.12.2012 a mieru poklesu schopnosti vykonávať zárobkovú činnosť 75 %, teda navrhovateľ splnil medicínsku podmienku vzniku nároku na invalidný dôchodok, avšak nesplnil podmienku potrebného počtu rokov obdobia dôchodkového poistenia. Navrhovateľ vo svojom opravnom prostriedku ani v priebehu súdneho konania odporkyňou zistený údaj - 3 roky a 94 dní obdobia dôchodkového poistenia nenamietal. Krajský súd dospel k záveru, že odporkyňa zodpovedajúc zákonu a správne rozhodla o nepriznaní invalidného dôchodku, a preto napadnuté rozhodnutie odporkyne č. XXX XXX XXXX X zo dňa 24.03.2014 v spojení so zmenovým rozhodnutím odporkyne č. XXX XXX XXXX X zo dňa 06.08.2014 v súlade s ust. § 250q ods. 2 O.s.p. potvrdil ako zákonné. O trovách konania súd rozhodol v súlade s ust. § 250k ods. 1 O.s.p. v spojení s ust. § 250l ods. 2 O.s.p. Navrhovateľ bol v konaní neúspešný, a preto mu právo na náhradu trov nevzniklo. Odporkyňa si náhradu trov konania neuplatnila, preto súd o trovách konania rozhodol tak, ako je uvedené vo výrokovej časti tohto rozhodnutia (odporkyni náhradu trov konania nepriznáva). Poučenie: Proti tomuto rozsudku je prípustné odvolanie do 15 dní odo dňa jeho doručenia prostredníctvom Krajského súdu v Žiline na Najvyšší súd Slovenskej republiky v Bratislave, písomne v troch vyhotoveniach. V odvolaní sa má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V Žiline, dňa 11. novembra 2014 JUDr. Zuzana Jančárová samosudkyňa Za správnosť vyhotovenia: Miriama Talapková</w:t>
      </w:r>
    </w:p>
    <w:p/>
    <w:p>
      <w:r>
        <w:t>Zdroj: KAUZIS.SK – https://www.kauzis.sk/judikatura/r/ECLI:SK:KSZA:2014:5014200879.2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