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22Sp/45/2014 z 6. 10. 2014</w:t>
      </w:r>
    </w:p>
    <w:p>
      <w:r>
        <w:t>Uznesenie Krajského súdu Žilina z 6. októbra 2014, sp. zn. 22Sp/45/2014, ECLI:SK:KSZA:2014:5014200902.2</w:t>
      </w:r>
    </w:p>
    <w:p>
      <w:r>
        <w:t>Súd: Krajský súd Žilina</w:t>
      </w:r>
    </w:p>
    <w:p>
      <w:r>
        <w:t>Spisová značka: 22Sp/45/2014</w:t>
      </w:r>
    </w:p>
    <w:p>
      <w:r>
        <w:t>ECLI: ECLI:SK:KSZA:2014:5014200902.2</w:t>
      </w:r>
    </w:p>
    <w:p>
      <w:r>
        <w:t>Dátum vydania: 6. 10. 2014</w:t>
      </w:r>
    </w:p>
    <w:p>
      <w:r>
        <w:t>Forma: Uznesenie</w:t>
      </w:r>
    </w:p>
    <w:p>
      <w:pPr>
        <w:pStyle w:val="Heading2"/>
      </w:pPr>
      <w:r>
        <w:t>Text rozhodnutia</w:t>
      </w:r>
    </w:p>
    <w:p>
      <w:r>
        <w:t>Súd: Krajský súd Žilina Spisová značka: 22Sp/45/2014 Identifikačné číslo súdneho spisu: 5014200902 Dátum vydania rozhodnutia: 07. 10. 2014 Meno a priezvisko sudcu, VSÚ: JUDr. Jana Martinčeková ECLI: ECLI:SK:KSZA:2014:5014200902.2 Uznesenie Krajský súd v Žiline v právnej veci navrhovateľa: POHOTOVOSŤ, s.r.o., so sídlom Pribinova 25, 811 09 Bratislava, IČO: 35 807 598, proti odporcovi: Okresný úrad Žilina, katastrálny odbor, so sídlom Andreja Kmeťa 17, Žilina, za účasti účastníka konania: W. S., rod. L., nar. XX.XX.XXXX, bytom F. XX, v konaní o opravnom prostriedku proti rozhodnutiu odporcu č.k. V - 9038/2013 z 17.12.2013 takto r o z h o d o l : Konanie z a s t a v u j e. Odporcovi náhradu trov konania n e p r i z n á v a. o d ô v o d n e n i e : Napadnutým rozhodnutím Okresný úrad Žilina zamietol návrh na vklad záložného práva do katastra nehnuteľností podľa § 31 ods. 3 Katastrálneho zákona. V odvolaní zo dňa 24.01.2014 navrhovateľ napadol vyššie uvedené správne rozhodnutie a žiadal, aby súd rozhodnutie zrušil a vec vrátil odporcovi späť na správne konanie. Uplatnil si náhradu trov konania. Navrhovateľ podaním zo dňa 06.10.2014 podpísaným zaručeným elektronickým podpisom zobral odvolanie zo dňa 24.01.2014 (v späťvzatí je nesprávne uvedený dátum podania odvolania 24.04.2014) v celom rozsahu späť. Navrhol konanie zastaviť. Podľa § 250l ods. 2 O.s.p. pokiaľ v tejto hlave nie je ustanovené inak, použije sa primerane ustanovenie druhej hlavy s výnimkou § 250a.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Vzhľadom na dispozitívny úkon navrhovateľa - späťvzatie opravného prostriedku v celom rozsahu, Krajský súd v Žiline konanie podľa § 250d ods. 3 O.s.p. v spojení s § 250l ods. 2 O.s.p. zastavil. O náhrade trov konania súd rozhodol podľa § 250h ods. 2 O.s.p., časť vety za bodkočiarkou a contrario. Vzhľadom na späťvzatie návrhu a nemožnosť použitia § 146 ods. 2 veta druhá O.s.p., odporca má právo na náhradu trov konania. Keďže však zo súdneho spisu nevyplýva, že by mu doposiaľ boli trovy vznikli, súd mu ich náhradu nepriznal. Účastník konania W. ako aj navrhovateľ nemajú právo na náhradu trov konania. Poučenie: Proti tomuto uzneseniu je prípustné odvolanie do 15 dní odo dňa jeho doručenia prostredníctvom Krajského súdu v Žiline na Najvyšší súd Slovenskej republiky písomne v troch vyhotoveniach.</w:t>
      </w:r>
    </w:p>
    <w:p/>
    <w:p>
      <w:r>
        <w:t>Zdroj: KAUZIS.SK – https://www.kauzis.sk/judikatura/r/ECLI:SK:KSZA:2014:5014200902.2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