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25Sd/246/2014 z 28. 9. 2014</w:t>
      </w:r>
    </w:p>
    <w:p>
      <w:r>
        <w:t>Uznesenie Krajského súdu Žilina z 28. septembra 2014, sp. zn. 25Sd/246/2014, ECLI:SK:KSZA:2014:5014201007.2</w:t>
      </w:r>
    </w:p>
    <w:p>
      <w:r>
        <w:t>Súd: Krajský súd Žilina</w:t>
      </w:r>
    </w:p>
    <w:p>
      <w:r>
        <w:t>Spisová značka: 25Sd/246/2014</w:t>
      </w:r>
    </w:p>
    <w:p>
      <w:r>
        <w:t>ECLI: ECLI:SK:KSZA:2014:5014201007.2</w:t>
      </w:r>
    </w:p>
    <w:p>
      <w:r>
        <w:t>Dátum vydania: 28. 9. 2014</w:t>
      </w:r>
    </w:p>
    <w:p>
      <w:r>
        <w:t>Forma: Uznesenie</w:t>
      </w:r>
    </w:p>
    <w:p>
      <w:pPr>
        <w:pStyle w:val="Heading2"/>
      </w:pPr>
      <w:r>
        <w:t>Text rozhodnutia</w:t>
      </w:r>
    </w:p>
    <w:p>
      <w:r>
        <w:t>Súd: Krajský súd Žilina Spisová značka: 25Sd/246/2014 Identifikačné číslo súdneho spisu: 5014201007 Dátum vydania rozhodnutia: 29. 09. 2014 Meno a priezvisko sudcu, VSÚ: Mgr. Nora Tomková ECLI: ECLI:SK:KSZA:2014:5014201007.2 Uznesenie Krajský súd v Žiline, v právnej veci navrhovateľa: R. B., nar. XX. X.. XXXX, r. č.: XXXXXX/XXXX, bytom K., F. X., proti odporkyni: Sociálna poisťovňa, ústredie, so sídlom Ul. 29. augusta č. 8, 813 63 Bratislava, o starobný dôchodok, takto r o z h o d o l : Súd konanie z a s t a v u j e . Odporkyni náhradu trov konania n e p r i z n á v a . o d ô v o d n e n i e : Odporkyňa napadnutým rozhodnutím č. XXX XXX XXXX 0 z 19. júna 2014 zamietla žiadosť navrhovateľa o priznanie starobného dôchodku od 22. apríla 2014 podľa § 21 zákona č. 100/1988 Zb. o sociálnom zabezpečení v znení neskorších predpisov a podľa § 259 ods. 1 Zákona o sociálnom poistení v znení zákona č. 721/2004 Z. z.. Proti rozhodnutiu odporkyne podal navrhovateľ včas opravný prostriedok, v ktorom namietal, že pri hodnotení žiadosti mala odporkyňa brať do úvahy len obdobie od januára 2004 do júna 2014 a priznať mu starobný dôchodok podľa § 273 a § 293a Zákona o sociálnom poistení. Podaním doručeným súdu dňa 24. septembra 2014 žiadal navrhovateľ o zastavenie konania v tejto veci, nakoľko ďalej bude konať podľa odporúčania odporkyne uvedeného na strane č. 4 jej vyjadrenia k riešeniu sporu. S poukazom na dispozitívny úkon navrhovateľa súd konanie zastavil v súlade s ust. § 250d ods. 3 O.s.p. v spojení s ust. § 250h ods. 2 O.s.p.. O trovách konania súd rozhodol primerane podľa ust. § 250h ods. 2 O.s.p. v spojení s ust. § 250l ods. 2 O.s.p., podľa ktorého, až do rozhodnutia súdu môže žalobca vziať žalobu späť; ak žalovanému medzitým vznikli trovy konania, rozhodne súd o ich náhrade. V predmetnom konaní žalovanému správnemu orgánu trovy konania nevznikli, preto o ich náhrade súd rozhodol tak, ako je uvedené vo výrokovej časti tohto rozhodnutia (odporkyni náhradu trov konania nepriznáva). Poučenie: Proti tomuto uzneseniu j e p r í p u s t n é odvolanie do 15 dní odo dňa jeho doručenia prostredníctvom Krajského súdu v Žiline na Najvyšší súd Slovenskej republiky v Bratislave, písomne v 3 vyhotoveniach. V odvolaní sa ma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 205 ods. 3 O.s.p.).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https://www.kauzis.sk/judikatura/r/ECLI:SK:KSZA:2014:5014201007.2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