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24Sd/228/2014 z 30. 10. 2014</w:t>
      </w:r>
    </w:p>
    <w:p>
      <w:r>
        <w:t>Uznesenie Krajského súdu Žilina z 30. októbra 2014, sp. zn. 24Sd/228/2014, ECLI:SK:KSZA:2014:5014201013.2</w:t>
      </w:r>
    </w:p>
    <w:p>
      <w:r>
        <w:t>Súd: Krajský súd Žilina</w:t>
      </w:r>
    </w:p>
    <w:p>
      <w:r>
        <w:t>Spisová značka: 24Sd/228/2014</w:t>
      </w:r>
    </w:p>
    <w:p>
      <w:r>
        <w:t>ECLI: ECLI:SK:KSZA:2014:5014201013.2</w:t>
      </w:r>
    </w:p>
    <w:p>
      <w:r>
        <w:t>Dátum vydania: 30. 10. 2014</w:t>
      </w:r>
    </w:p>
    <w:p>
      <w:r>
        <w:t>Forma: Uznesenie</w:t>
      </w:r>
    </w:p>
    <w:p>
      <w:pPr>
        <w:pStyle w:val="Heading2"/>
      </w:pPr>
      <w:r>
        <w:t>Text rozhodnutia</w:t>
      </w:r>
    </w:p>
    <w:p>
      <w:r>
        <w:t>Súd: Krajský súd Žilina Spisová značka: 24Sd/228/2014 Identifikačné číslo súdneho spisu: 5014201013 Dátum vydania rozhodnutia: 31. 10. 2014 Meno a priezvisko sudcu, VSÚ: JUDr. Zuzana Jančárová ECLI: ECLI:SK:KSZA:2014:5014201013.2 Uznesenie Krajský súd v Žiline, v právnej veci navrhovateľky: E. R., nar. XX.X.XXXX, r. č.: XXXXXX/XXXX, bytom F. č. XXXX/XX, XXX XX C. P., proti odporkyni: Sociálna poisťovňa, ústredie, so sídlom Ul. 29. augusta č. 8-10, 813 63 Bratislava, o invalidný dôchodok, v konaní o opravnom prostriedku podanom navrhovateľkou proti rozhodnutiu odporkyne č. XXX XXX XXXX X zo dňa 9.4.2014, takto r o z h o d o l : Súd konanie z a s t a v u j e . Odporkyni náhradu trov konania n e p r i z n á v a . o d ô v o d n e n i e : Napadnutým rozhodnutím č. XXX XXX XXXX X zo dňa 9.4.2014 odporkyňa Sociálna poisťovňa, ústredie Bratislava podľa § 70, § 71 zákona č. 461/2003 Z.z. o sociálnom poistení v znení neskorších predpisov zamietla žiadosť navrhovateľky o invalidný dôchodok zo dňa 14.3.2014. Proti tomuto rozhodnutiu podala navrhovateľka včas opravný prostriedok, v ktorom sa domáhala jeho preskúmania s poukazom na zhoršujúci sa zdravotný stav. Uvedený opravný prostriedok navrhovateľky bol dňa 22.8.2014 predložený odporkyňou Krajskému súdu v Žiline na rozhodnutie. Vo vyjadrení zo dňa 12.9.2014 odporkyňa navrhla napadnuté rozhodnutie ako vecne správne potvrdiť. Podaním zo dňa 3.10.2014, doručeným Krajskému súdu v Žiline dňa 7.10.2014, navrhovateľka súdu oznámila, že svoj opravný prostriedok podaný proti napadnutému rozhodnutiu odporkyne zo dňa 9.4.2014 berie späť a nemá záujem ďalej v tomto konaní pokračovať. Predmetné podanie posúdil súd podľa obsahu ako späťvzatie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31. októbra 2014 JUDr. Zuzana Jančárová samosudkyňa Za správnosť vyhotovenia: Miriama Talapková</w:t>
      </w:r>
    </w:p>
    <w:p/>
    <w:p>
      <w:r>
        <w:t>Zdroj: KAUZIS.SK – https://www.kauzis.sk/judikatura/r/ECLI:SK:KSZA:2014:5014201013.2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