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25Sd/258/2014 z 9. 12. 2014</w:t>
      </w:r>
    </w:p>
    <w:p>
      <w:r>
        <w:t>Uznesenie Krajského súdu Žilina z 9. decembra 2014, sp. zn. 25Sd/258/2014, ECLI:SK:KSZA:2014:5014201045.2</w:t>
      </w:r>
    </w:p>
    <w:p>
      <w:r>
        <w:t>Súd: Krajský súd Žilina</w:t>
      </w:r>
    </w:p>
    <w:p>
      <w:r>
        <w:t>Spisová značka: 25Sd/258/2014</w:t>
      </w:r>
    </w:p>
    <w:p>
      <w:r>
        <w:t>ECLI: ECLI:SK:KSZA:2014:5014201045.2</w:t>
      </w:r>
    </w:p>
    <w:p>
      <w:r>
        <w:t>Dátum vydania: 9. 12. 2014</w:t>
      </w:r>
    </w:p>
    <w:p>
      <w:r>
        <w:t>Forma: Uznesenie</w:t>
      </w:r>
    </w:p>
    <w:p>
      <w:pPr>
        <w:pStyle w:val="Heading2"/>
      </w:pPr>
      <w:r>
        <w:t>Text rozhodnutia</w:t>
      </w:r>
    </w:p>
    <w:p>
      <w:r>
        <w:t>Súd: Krajský súd Žilina Spisová značka: 25Sd/258/2014 Identifikačné číslo súdneho spisu: 5014201045 Dátum vydania rozhodnutia: 10. 12. 2014 Meno a priezvisko sudcu, VSÚ: Mgr. Nora Tomková ECLI: ECLI:SK:KSZA:2014:5014201045.2 Uznesenie Krajský súd v Žiline, v právnej veci navrhovateľa: D. P., nar. X. X. XXXX, r. č.: XXXXXX/XXXX, bytom A.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28. apríla 2014 podľa § 70 a § 71 Zákona o sociálnom poistení v znení neskorších predpisov zamietla žiadosť navrhovateľa o invalidný dôchodok zo dňa 19. marca 2014. Proti rozhodnutiu odporkyne podal navrhovateľ včas opravný prostriedok, v ktorom namietal zlý zdravotný stav. Na základe podaného opravného prostriedku bol zdravotný stav navrhovateľa opätovne posúdený posudkovým lekárom sociálneho poistenia odporkyne, pobočky Žilina dňa 23. júla 2014 a posudkovým lekárom sociálneho poistenia odporkyne, ústredie dňa 4. septembra 2014. Posudkoví lekári sociálneho poistenia zotrvali na pôvodnom posudku, že navrhovateľ nie je invalidný podľa § 71 ods. 1 Zákona o sociálnom poistení, lebo má mieru poklesu schopnosti vykonávať zárobkovú činnosť 35 % v porovnaní so zdravou fyzickou osobou. Podaním doručeným súdu dňa 20. novembra 2014 oznámil navrhovateľ, že berie späť návrh na začatie konania a žiada konanie zastaviť.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