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24Sd/240/2014 z 30. 10. 2014</w:t>
      </w:r>
    </w:p>
    <w:p>
      <w:r>
        <w:t>Uznesenie Krajského súdu Žilina z 30. októbra 2014, sp. zn. 24Sd/240/2014, ECLI:SK:KSZA:2014:5014201052.2</w:t>
      </w:r>
    </w:p>
    <w:p>
      <w:r>
        <w:t>Súd: Krajský súd Žilina</w:t>
      </w:r>
    </w:p>
    <w:p>
      <w:r>
        <w:t>Spisová značka: 24Sd/240/2014</w:t>
      </w:r>
    </w:p>
    <w:p>
      <w:r>
        <w:t>ECLI: ECLI:SK:KSZA:2014:5014201052.2</w:t>
      </w:r>
    </w:p>
    <w:p>
      <w:r>
        <w:t>Dátum vydania: 30. 10. 2014</w:t>
      </w:r>
    </w:p>
    <w:p>
      <w:r>
        <w:t>Forma: Uznesenie</w:t>
      </w:r>
    </w:p>
    <w:p>
      <w:pPr>
        <w:pStyle w:val="Heading2"/>
      </w:pPr>
      <w:r>
        <w:t>Text rozhodnutia</w:t>
      </w:r>
    </w:p>
    <w:p>
      <w:r>
        <w:t>Súd: Krajský súd Žilina Spisová značka: 24Sd/240/2014 Identifikačné číslo súdneho spisu: 5014201052 Dátum vydania rozhodnutia: 31. 10. 2014 Meno a priezvisko sudcu, VSÚ: JUDr. Zuzana Jančárová ECLI: ECLI:SK:KSZA:2014:5014201052.2 Uznesenie Krajský súd v Žiline, v právnej veci navrhovateľa: U.. Y. X., nar. XX.X.XXXX, r. č.: XXXXXX/XXXX, bytom XXX XX G. U., K. č. XXX/X, proti odporkyni: Sociálna poisťovňa, ústredie, so sídlom Ul. 29. augusta č. 8-10, 813 63 Bratislava, o invalidný dôchodok, v konaní o opravnom prostriedku podanom navrhovateľom proti rozhodnutiu odporkyne č. XXX XXX XXXX X zo dňa 25.2.2014, takto r o z h o d o l : Súd konanie z a s t a v u j e . Navrhovateľovi náhradu trov konania n e p r i z n á v a . o d ô v o d n e n i e : Napadnutým rozhodnutím č. XXX XXX XXXX X zo dňa 25.2.2014 odporkyňa Sociálna poisťovňa, ústredie Bratislava podľa § 70, § 112 ods. 2 a 6 zákona č. 461/2003 Z.z. o sociálnom poistení v znení neskorších predpisov odňala navrhovateľovi od 8.4.2014 invalidný dôchodok. V dôvodoch rozhodnutia odporkyňa okrem iného uviedla, že pokles schopnosti vykonávať zárobkovú činnosť navrhovateľa od 28.1.2014 nie je viac ako 40 %. Dlhodobo nepriaznivý zdravotný stav navrhovateľa a miera poklesu jeho schopnosti vykonávať zárobkovú činnosť bol posúdený posudkovým lekárom sociálneho poistenia Sociálnej poisťovne, pobočka Liptovský Mikuláš a výsledok jeho posúdenia je uvedený v lekárskej správe z 28.1.2014. Navrhovateľ nie je invalidný podľa § 71 ods. 1 zákona č. 461/2003 Z.z., pretože nemá pokles schopnosti vykonávať zárobkovú činnosť o viac ako 40 %. Keďže navrhovateľ nespĺňa jednu z podmienok nároku na invalidný dôchodok, a to podmienku invalidity, nárok na invalidný dôchodok mu zanikol, preto mu ho odporkyňa odňala. Proti tomuto rozhodnutiu podal navrhovateľ včas opravný prostriedok, ktorým sa domáhal jeho preskúmania a opätovného prešetrenia jeho zdravotného stavu. Za účelom posúdenia invalidity navrhovateľa na základe konania o jeho opravnom prostriedku bol jeho zdravotný stav posúdený druhostupňovou posudkovou lekárkou sociálneho poistenia MUDr. T. Z., ktorá v lekárskej správe - II. časti - posudok zo dňa 4.9.2014 konštatovala, že navrhovateľ je naďalej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45 %. Invalidita trvá, vznikla v dôsledku choroby (M54/Kapitola XV, oddiel E, položka 3, písmeno b). V dôsledku zmeny v posudkových záveroch bol nárok navrhovateľa na invalidný dôchodok odporkyňou opätovne posúdený. Odporkyňa rozhodnutím č. XXX XXX XXXX X zo dňa 24.9.2014 podľa § 112 zákona č. 461/2003 Z.z. o sociálnom poistení zrušila napadnuté rozhodnutie č. XXX XXX XXXX X zo dňa 25.2.2014 o odňatí invalidného dôchodku a súčasne vyhovela opravnému prostriedku navrhovateľa v celom rozsahu. V odôvodnení tohto rozhodnutia okrem iného uviedla, že pokles schopnosti vykonávať zárobkovú činnosť navrhovateľa je 45 %, preto sa invalidný dôchodok naďalej vypláca v sume, v akej patril, t. j. 281,10 € mesačne. Podaním zo dňa 17.10.2014, doručeným Krajskému súdu v Žiline dňa 20.10.2014, navrhovateľ súdu oznámil, že netrvá na podanom opravnom prostriedku proti napadnutému rozhodnutiu odporkyne zo dňa 25.2.2014, tento berie späť a súhlasí so zastavením konania vzhľadom na novovydané rozhodnutie odporkyne zo dňa 24.9.2014. Predmetné podanie posúdil súd podľa obsahu ako späťvzatie opravného prostriedku.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navrhovateľa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navrhovateľa súd konanie zastavil v súlade s ust. § 250d ods. 3 O.s.p. v spojení s ust. § 250h ods. 2 O.s.p.. O trovách konania súd rozhodol primerane podľa ust. § 250k ods. 1 O.s.p. v spojení s ust. § 250l ods. 2 O.s.p., podľa ktorého, ak mal žalobca úspech celkom alebo z časti, súd mu proti žalovanému prizná právo na úplnú alebo čiastočnú náhradu trov konania. Môže tiež rozhodnúť, že sa náhrada trov celkom alebo z časti neprizná, ak sú na to dôvody hodné osobitného zreteľa. V predmetnom konaní napriek tomu, že konanie bolo zastavené, bol navrhovateľ úspešným účastníkom konania, preto mu vznikol nárok na náhradu trov konania. Navrhovateľ si však náhradu trov neuplatnil, preto súd o trovách konania mu patriacich rozhodol tak, ako je uvedené vo výrokovej časti tohto rozhodnutia (navrhovateľovi náhradu trov konania nepriznáva).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 Žiline, dňa 31. októbra 2014 JUDr. Zuzana Jančárová samosudkyňa Za správnosť vyhotovenia: Miriama Talapková</w:t>
      </w:r>
    </w:p>
    <w:p/>
    <w:p>
      <w:r>
        <w:t>Zdroj: KAUZIS.SK – https://www.kauzis.sk/judikatura/r/ECLI:SK:KSZA:2014:5014201052.2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