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25Sd/322/2014 z 7. 12. 2014</w:t>
      </w:r>
    </w:p>
    <w:p>
      <w:r>
        <w:t>Uznesenie Krajského súdu Žilina z 7. decembra 2014, sp. zn. 25Sd/322/2014, ECLI:SK:KSZA:2014:5014201285.2</w:t>
      </w:r>
    </w:p>
    <w:p>
      <w:r>
        <w:t>Súd: Krajský súd Žilina</w:t>
      </w:r>
    </w:p>
    <w:p>
      <w:r>
        <w:t>Spisová značka: 25Sd/322/2014</w:t>
      </w:r>
    </w:p>
    <w:p>
      <w:r>
        <w:t>ECLI: ECLI:SK:KSZA:2014:5014201285.2</w:t>
      </w:r>
    </w:p>
    <w:p>
      <w:r>
        <w:t>Dátum vydania: 7. 12. 2014</w:t>
      </w:r>
    </w:p>
    <w:p>
      <w:r>
        <w:t>Forma: Uznesenie</w:t>
      </w:r>
    </w:p>
    <w:p>
      <w:pPr>
        <w:pStyle w:val="Heading2"/>
      </w:pPr>
      <w:r>
        <w:t>Text rozhodnutia</w:t>
      </w:r>
    </w:p>
    <w:p>
      <w:r>
        <w:t>Súd: Krajský súd Žilina Spisová značka: 25Sd/322/2014 Identifikačné číslo súdneho spisu: 5014201285 Dátum vydania rozhodnutia: 08. 12. 2014 Meno a priezvisko sudcu, VSÚ: Mgr. Nora Tomková ECLI: ECLI:SK:KSZA:2014:5014201285.2 Uznesenie Krajský súd v Žiline, v právnej veci navrhovateľky: C. C., nar. XX. X. XXXX, r. č.: XXXXXX/XXXX, bytom S., D. XXX, proti odporkyni: Sociálna poisťovňa, ústredie, so sídlom Ul. 29. augusta č. 8, 813 63 Bratislava, o invalidný dôchodok, takto r o z h o d o l : Súd konanie z a s t a v u j e . Navrhovateľke náhradu trov konania n e p r i z n á v a . o d ô v o d n e n i e : Odporkyňa napadnutým rozhodnutím č. XXX XXX XXXX X zo dňa 18. júna 2014 podľa § 70 a § 71 Zákona o sociálnom poistení v znení neskorších predpisov zamietla žiadosť navrhovateľky o invalidný dôchodok. Proti rozhodnutiu odporkyne podala navrhovateľka včas opravný prostriedok, v ktorom namietala opätovné posúdenie zdravotného stavu. Na základe podaného opravného prostriedku bol zdravotný stav navrhovateľky opätovne posúdený posudkovým lekárom sociálneho poistenia odporkyne, pobočky dňa 5. 9. 2014 a posudkovým lekárom sociálneho poistenia odporkyne, ústredie dňa 3. 11. 2014. Podľa posudku posudkového lekára sociálneho poistenia odporkyne, ústredie z 3. 11. 2014 je navrhovateľka od 27. mája 2014 invalidná podľa § 71 ods. 1 Zákona o sociálnom poistení s mierou poklesu schopnosti vykonávať zárobkovú činnosť 45 % v porovnaní so zdravou fyzickou osobou. V dôsledku zmeny v posudkových záveroch bol opätovne posúdený nárok navrhovateľky na invalidný dôchodok, a to rozhodnutím odporkyne z 25. novembra 2014, ktorým bolo v súlade s § 112 ods. 1 Zákona o sociálnom poistení v rámci autoremedúry zrušené napadnuté rozhodnutie odporkyne z 18. júna 2014 a zároveň bolo rozhodnutím odporkyne z 24. novembra 2014 priznaný invalidný dôchodok v sume 125,60 € mesačne. Podaním doručeným súdu dňa 5. 12. 2014 oznámila navrhovateľka, že berie späť návrh a žiada súd o zrušenie ustanoveného pojednávania, nakoľko odporkyňa vydala nové rozhodnutie, ktorým odvolaniu v celom rozsahu vyhovela. S poukazom na dispozitívny úkon navrhovateľky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https://www.kauzis.sk/judikatura/r/ECLI:SK:KSZA:2014:5014201285.2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