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Krajského súdu Žilina sp. zn. 5Co/17/2014 z 8. 9. 2014</w:t>
      </w:r>
    </w:p>
    <w:p>
      <w:r>
        <w:t>Opravné uznesenie Krajského súdu Žilina z 8. septembra 2014, sp. zn. 5Co/17/2014, ECLI:SK:KSZA:2014:5113211396.2</w:t>
      </w:r>
    </w:p>
    <w:p>
      <w:r>
        <w:t>Súd: Krajský súd Žilina</w:t>
      </w:r>
    </w:p>
    <w:p>
      <w:r>
        <w:t>Spisová značka: 5Co/17/2014</w:t>
      </w:r>
    </w:p>
    <w:p>
      <w:r>
        <w:t>ECLI: ECLI:SK:KSZA:2014:5113211396.2</w:t>
      </w:r>
    </w:p>
    <w:p>
      <w:r>
        <w:t>Dátum vydania: 8. 9. 2014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Krajský súd Žilina Spisová značka: 5Co/17/2014 Identifikačné číslo súdneho spisu: 5113211396 Dátum vydania rozhodnutia: 09. 09. 2014 Meno a priezvisko sudcu, VSÚ: JUDr. Miroslav Jamrich ECLI: ECLI:SK:KSZA:2014:5113211396.2 Opravné uznesenie Krajský súd v Žiline, ako súd odvolací, v právnej veci navrhovateľa: Q. N., nar. XX.XX.XXXX, bytom K. č. XXX/X, zastúpený Vierou Novákovou, bytom K. XXX, proti odporcovi: Q. N., nar. XX.XX.XXXX, bytom F. XXX/XX, A., v konaní o zníženie výživného na plnoleté dieťa, vo veci vedenej na Okresnom súde v Žiline pod sp.zn. 14C/110/2013, opravným uznesením takto r o z h o d o l : Krajský súd opravuje výrok svojho uznesenia zo dňa 29. apríla 2014 č.k. 5Co/17/2014-104 tak, že výrok tohto zrušujúceho uznesenia má správne znieť: „Krajský súd rozsudok okresného súdu z r u š u j e a vec mu v r a c i a na ďalšie konanie.“ o d ô v o d n e n i e : Krajský súd v Žiline ako súd odvolací uznesením zo dňa 29. apríla 2014 č.k. 5Co/17/2014-104 podľa zápisnice o vyhlásení rozhodnutia zrušil rozsudok Okresného súdu v Žiline zo dňa 24.9.2013 č.k. 14C/110/2013-51 a vec mu vrátil na ďalšie konanie. V písomnom vyhotovení zrušujúceho uznesenia, v jeho výrokovej časti však od volací súd omylom nesprávne uviedol, že „uznesenie“ okresného súdu zrušuje a vec mu vracia na ďalšie konanie. Ide o zrejmú nesprávnosť - omyl, ktorý vznikol v procese vyhotovovania písomnej formy rozhodnutia prepisom z technických prostriedkov. Túto zrejmú nesprávnosť odvolací súd opravil v súlade s ust. § 164 O.s.p. týmto opravným uznesením. Poučenie: Proti tomuto uzneseniu nie je prípustný ďalší riadny opravný prostriedok.</w:t>
      </w:r>
    </w:p>
    <w:p/>
    <w:p>
      <w:r>
        <w:t>Zdroj: KAUZIS.SK – https://www.kauzis.sk/judikatura/r/ECLI:SK:KSZA:2014:5113211396.2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