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20Scud/25/2014 z 11. 5. 2015</w:t>
      </w:r>
    </w:p>
    <w:p>
      <w:r>
        <w:t>Rozsudok Krajského súdu Žilina z 11. mája 2015, sp. zn. 20Scud/25/2014, ECLI:SK:KSZA:2015:5014200428.2</w:t>
      </w:r>
    </w:p>
    <w:p>
      <w:r>
        <w:t>Súd: Krajský súd Žilina</w:t>
      </w:r>
    </w:p>
    <w:p>
      <w:r>
        <w:t>Spisová značka: 20Scud/25/2014</w:t>
      </w:r>
    </w:p>
    <w:p>
      <w:r>
        <w:t>ECLI: ECLI:SK:KSZA:2015:5014200428.2</w:t>
      </w:r>
    </w:p>
    <w:p>
      <w:r>
        <w:t>Dátum vydania: 11. 5. 2015</w:t>
      </w:r>
    </w:p>
    <w:p>
      <w:r>
        <w:t>Forma: Rozsudok</w:t>
      </w:r>
    </w:p>
    <w:p>
      <w:r>
        <w:t>Oblasť práva: Správne právo</w:t>
      </w:r>
    </w:p>
    <w:p>
      <w:pPr>
        <w:pStyle w:val="Heading2"/>
      </w:pPr>
      <w:r>
        <w:t>Text rozhodnutia</w:t>
      </w:r>
    </w:p>
    <w:p>
      <w:r>
        <w:t>Súd: Krajský súd Žilina Spisová značka: 20Scud/25/2014 Identifikačné číslo súdneho spisu: 5014200428 Dátum vydania rozhodnutia: 12. 05. 2015 Meno a priezvisko sudcu, VSÚ: JUDr. Jana Martinčeková ECLI: ECLI:SK:KSZA:2015:5014200428.2 ROZSUDOK V MENE SLOVENSKEJ REPUBLIKY Krajský súd v Žiline, v senáte zloženom z predsedníčky senátu JUDr. Jany Martinčekovej a členov senátu JUDr. Veroniky Poláčkovej a Mgr. Nory Tomkovej, v právnej veci žalobcu: G. E., nar. XX.XX.XXXX, bytom O. XX/X, X., Poľská republika, proti žalovanému: Sociálna poisťovňa - ústredie, so sídlom Ul. 29. augusta č. 8-10, Bratislava, za účasti pribratého účastníka konania: REPRUF, s. r. o., so sídlom Palárikova 76, Čadca, IČO: 47 237 198, v konaní o preskúmanie zákonnosti rozhodnutia žalovaného č.k. 24342-3/2014-BA zo dňa 06.03.2014, takto jednomyseľne r o z h o d o l : Krajský súd v Žiline žalobu z a m i e t a. Žalobcovi náhradu trov konania n e p r i z n á v a. o d ô v o d n e n i e : Prvostupňovým rozhodnutím č.k. 45933-1/2013-CA zo dňa 01.10.2013 Sociálna poisťovňa, pobočka Čadca, rozhodla, že žalobcovi nevzniklo povinné nemocenské poistenie, povinné dôchodkové poistenie a povinné poistenie v nezamestnanosti ako zamestnancovi REPRUF, s. r. o., od 01.02.2012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Miroslav Šperka.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č.k. 24342-3/2014-BA zo dňa 06.03.2014 jeho odvolanie zamietol a prvostupňové rozhodnutie potvrdil. V odôvodnení uviedol, že Inštitúcia sociálneho zabezpečenia Poľskej republiky ZUS Varšava požadovala preukázanie relevantných skutočností na určenie uplatniteľnej legislatívy od Sociálnej poisťovne Bratislava. Sociálna poisťovňa je príslušná inštitúcia na uplatnenie určujúcej legislatívy na území SR. Táto je aj kompetentná posúdiť vznik poistného vzťahu v právnom zmysle, pretože je orgán, ktorý je v mieste vykonávania práce oprávnený určovať uplatniteľnú legislatívu. Tieto skutočnosti ju oprávňujú vykonať kontrolu reálneho výkonu činnosti zamestnancov na území SR. Poukázal na kontrolu vykonanú od 26.02.2013 do 08.03.2013 pobočkou Čadca, s výsledkom, ako bolo uvedené v prvostupňovom rozhodnutí. Opakovaná kontrola vykonaná 05.03.2013 taktiež nepriniesla preukázanie reálneho výkonu činnosti zamestnanca - žalobcu, pretože na adrese spoločnosti sa nachádzala K. L. L., konateľ spoločnosti a L. D., splnomocnený konať za spoločnosť REPRUF, s. r. o. Bolo zistené, že pracovné zmluvy so zamestnancami uzavreté na 4 hodiny mesačne (do 28.06.2012), po tomto dátume na desať hodín mesačne. Všetci zamestnanci roznášajú letáky na požiadanie poľských firiem po rôznych mestách na území SR. Zamestnávateľ zadáva prácu zamestnancom telefonicky, e-mailom alebo prostredníctvom pošty. Na základe kontroly sa nepodarilo preukázať reálny výkon činnosti zamestnancov zamestnávateľa na území SR,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Firemné pečiatky slovenských podnikov, resp. vizitky, dokazujú existenciu podnikateľských subjektov v mieste, kde má zamestnanec účastníka konania podľa ním predložených štvrťročných správ o vykonaní prác vykonávať činnosti, avšak aj tieto doklady je možné na účely preverenia predmetu kontroly považovať za nedostatočné. Registračný list FO - prihláška, ktorá má deklaratórne účinky nemôže deklarovať vznik povinného sociálneho poistenia v rozpore s koordinačnými nariadeniami Európskej únie. Národný inšpektorát práce vykonal 13.02.2013 inšpekciu práce zamestnávateľa. V priebehu výkonu inšpekcie sa fyzicky nestretol so zamestnancami zamestnávateľa. Záznamy z výkonu inšpekcie, v ktorých sa v závere konštatuje „neboli zistené nedostatky“, boli vyhotovené na základe písomných podkladov získaných počas výkonu inšpekcie práce vo vzťahu k skúmanej papierovej dokumentácii a nie v súvislosti s prešetrením reálneho výkonu činnosti daných zamestnancov. Určovať uplatniteľnú legislatívu, zároveň kontrolovať splnenie podmienok na určenie uplatniteľnej legislatívy v súlade s koordinačnými nariadeniami je oprávnená len inštitúcia ustanovená na tento cieľ, t.j. Sociálna poisťovňa. Proti predmetnému rozhodnutiu žalovaného riadne a včas bola podaná žaloba, ktorou žalobca žiadal napadnuté rozhodnutie žalovaného zrušiť a vec vrátiť na ďalšie konanie. Poukazoval na neprimerané použitie čl. 11 (2) a) Nariadenia Európskeho parlamentu a Rady (ES) č. 883/2004, hoci sa v tejto veci nemal uplatniť, pretože žalobkyňa nevykonáva len prácu na vlastný účet v Poľsku, ale aj nájomnú prácu na Slovensku, vzhľadom na tento fakt sa voči žalobkyni uplatňuje čl. 13 (3) základného nariadenia. Ďalej poukazoval na neprimerané použitie čl. 11 ods. 2 písm. a neuplatnenie základného nariadenia v dôsledku pričinenia sa k situácii žalobkyňa podlieha v tom istom čase, v čase legislatívy dvoch rôznych členských štátov. Žalovaný neuviedol právny základ prijatého rozhodnutia. V odôvodnení, kde cituje veľa ustanovení rôznych zákonov, ale medzi nimi neexistuje žiadny konkrétny právny základ. Poukázal na to, že v spoločnostiach boli urobené kontroly, ktoré preukázali, že zamestnávateľ má všetky dokumenty týkajúce sa pracovníkov a ich práce. Namietal takisto porušenie čl. 87 ods. 1 Zákonníka práce. Namietal tiež predpoklad, že práca sa bude konať v sídle spoločnosti, zatiaľ čo v pracovnej zmluve je ustanovené, že práca sa musí vykonávať na území Slovenska. Takisto namietal základ vydaného rozhodnutia na neoprávnenom vyhlásení ZUS, že práca má marginálny charakter, pričom pomer sociálneho zabezpečenia sa riadi podľa miesta pracoviska - lex laboris, teda ZUS ako poľská inštitúcia miesta bydliska nemá právomoc posudzovať existenciu pracovného pomeru a hodnotiť, ale toto oprávnenie patrí výhradne Sociálnej poisťovni. Žalobca poukazuje na to, že prácu vykonáva ako SZČO v Poľsku a na Slovensku vykonáva, resp. je tiež aktívny a táto práca nepredstavuje marginálny charakter, teda na ňu sa vzťahuje čl. 13 ods. 3 základného nariadenia. Dĺžku pracovnej doby na Slovensku pracovná zmluva stanovuje 10 hodín za mesiac a v Poľsku žalobca vykonáva prácu na vlastný účet, najviac 160 hodín za mesiac a preto zamestnanie na Slovensku je viac ako 5%, teda tá práca nie je prácou o marginálnom charaktere. Neoprávnené prijatie záverov, že práca na základe pracovnej zmluvy pre spoločnosť REPRUF, s.r.o. zahŕňa činnosti vykonávané doma. Taktiež neoprávnený predpoklad, že nájomná práca na základe pracovnej zmluvy pre spoločnosť REPRUF, s.r.o. je realizovaná v rámci hlavného predmetu podnikania, zatiaľ čo žalobca vykonáva prácu na vlastný účet v úplne odlišnom charaktere, pre spoločnosť REPRUF, s.r.o. vykonáva prácu promotóra služieb a produktov poskytovaných zamestnávateľom alebo jeho klientom. V bode II. žaloby namietal porušenie čl. 5 vykonávacieho nariadenia spochybňovaním platnosti pracovnej zmluvy, ľubovoľné, nie slobodné hodnotenie dôkazov a odmietnutie pripustenia ako dôkaz dokladov uvedených žalobkyňou. Takisto poukazoval na nesprávne posúdenie zápisnice z kontroly vykonávanej Sociálnou poisťovňou, pobočka Čadca a teda uznanie, že práca nie je v skutočnosti vykonávaná, zatiaľ čo žalobkyňa pracuje na území Slovenska, nie je nevyhnutné v meste, ktoré je sídlom spoločnosti. Rozhodnutie je vydané na základe nesprávneho posúdenia skutkového a právneho stavu veci. Žalobca uviedol tiež, že vykonáva podnikateľskú činnosť na vlastný účet a dodatočne uzatvoril dňa 01.02.2012 pracovnú zmluvu s firmou REPRUF, s.r.o. so sídlom v Čadci, Palárikova 76 na území Slovenskej republiky. Z dôvodu novej zmluvy žalobca podal návrh na Sociálnu poisťovňu o určenie príslušnej legislatívy podľa čl. 16 ods. 1 vykonávacieho nariadenia č. 987/2009, v ktorom ako príslušná legislatíva bola uvedená legislatíva Slovenska v súlade s čl. 13 (3) základného nariadenia. Práca spočívala v iných činnostiach, než ktoré sú uvedené v rámci podnikateľskej činnosti. Nesprávne bol použitý vo vzťahu k žalobcovi aj čl. 11 (2) (a) základného nariadenia č. 883/2004. Žalobca bol na základe pracovnej zmluvy registrovaný pre potrebu poistenia v Slovenskej republike a príslušná slovenská inštitúcia mu udelila číslo sociálneho poistenia v registračnom liste FO. Existoval doklad vydaný inštitúciou - doklad potvrdzujúci prihlásenie osoby na sociálne poistenie, vydaný na základe predmetnej pracovnej zmluvy. Podľa čl. 13 (3) základného nariadenia, osoba, ktorá nastupuje do nájomnej práce v inom členskom štáte únie podlieha právnym predpisom sociálneho zabezpečenia členského štátu, v ktorom nájomnú prácu vykonáva. Vylúčený je preto príležitosť určenia náležitého práva pre tento právny vzťah, ako je uvedené v norme týkajúcej sa koordinácie systémov sociálneho zabezpečenia. Pomer sociálneho zabezpečenia sa riadi podľa miesta pracoviska - lex loci laboris. Tento zákon podľa zásady koordinácie, ktorá je opakom harmonizácie národných systémov zavedením pojmov a inštitúcií EÚ - priradená je klasifikácia pracovníka ako zamestnanca v zmysle nariadenia č. 883/2004 Z.z.. Založenie žalovaného na rozhodnutí ZUS ako poľského orgánu miesta bydliska žalobcu nie je v súlade s platnými predpismi Európskej únie, pretože ZUS je oprávnený iba uviesť platné právne predpisy v súlade s čl. 13 ods. 3 nariadenia č. 883/2004, čiže s právnymi slovenskými predpismi odo dňa uzatvorenia pracovnej zmluvy. Poľský poisťovací orgán nemal právomoc posúdiť existenciu poistného vzťahu v právnom zmysle. Toto posúdenie môže byť vykonané iba na základe označených kolíznou normou predpisov miesta zamestnania a môže byť vykonané len orgánmi príslušných používať tieto pravidlá. Žalobca teda podlieha právnym predpisom viac ako jednej krajiny a takýto výsledok je aj v rozpore s účelom čl. 48 až 51 zmluvy o fungovaní Európskej únie, ktorá má zabezpečiť, aby zamestnanci v dôsledku používania práva voľného pohybu, nestrácali dávky splatné im podľa právnych predpisov sociálneho zabezpečenia členského štátu. Sociálna poisťovňa vykonala kontrolu zamestnávateľa žalobkyne, ktorá však bola vykonaná tendenčným spôsobom s cieľom vylúčenia žalobkyne zo sociálneho zabezpečenia na Slovensku. Sociálna poisťovňa nepožiadala spoločnosť, aby preukázala zamestnávateľovi, akékoľvek dokumenty a je ťažké predvídať, aké požiadavky môže mať kontrolujúci orgán. Zamestnávateľ predložil zamestnancom Sociálnej poisťovne dokumentáciu personálu žalobcu s prihliadnutím na správy z vykonanej práce. Prácu vykonáva žalobca s príslušnou frekvenciou uvedenej v pracovnej zmluve podľa vôle zamestnávateľa. Náplňou práce je kontaktovanie potenciálnych klientov, propagácia a prezentácia činnosti zamestnávateľa a jeho zákazníkov. Nedôvodne žalovaný tvrdí, že práca nie je vykonávaná, pretože zamestnanci v spoločnosti REPRUF, s.r.o. neboli počas kontroly v sídle spoločnosti, pričom v zmluve sa nevyžaduje od žalobcu, aby bol v sídle spoločnosti. Dokladom o vykonaní práce na Slovensku sú štvrťročné výkazy o dokončení prác, ktoré sú odovzdávané zamestnávateľovi a ktorý zostáva ich jediným disponentom. Pre zamestnávateľa potvrdením vykonávania prác je predloženie doplnených podľa návodu štvrťročných výkazov, ktoré žalobkyňa systematicky predkladala spoločnosti. Pracovné inštrukcie dostáva žalobca od svojho zamestnávateľa s príslušnými materiálmi potrebnými pre výkon práce. Za prácu dostáva žalobca náležitú odmenu stanovenú v pracovnej zmluve na uvedený bankový účet. S ohľadom na kontroly vykonávané u zamestnávateľa žalobca má tiež protokol o kontrole, ktorý dodatočne potvrdzuje výkon práce a správne fungovanie spoločnosti a najímania zamestnancov v súlade s platnými právnymi predpismi Slovenskej republiky. Tieto kontroly neodhalili žiadne nedostatky a preto bolo zistené, že práca bola legálna a vykonaná a príspevky sú pravidelne platené. Námietky zo strany žalovaného, že nebola práca vykonaná sú neopodstatnené, pretože žalobca má výkazy z vykonanej práce, ako aj doklady o pobyte na Slovensku. Logické je teda uznanie, že v prípade, ak je žalobca zamestnaný na Slovensku, má výkazy o vykonanej práci, potvrdenie o pobyte v hotely, vtedy pobyt na Slovensku bol využitý pre skutočné vykonanie práce. Žalobca si je vedomý toho, že veľa rovnakých spoločností vykonáva činnosti v rozpore s vnútroštátnymi právnymi predpismi. Spoločnosť zamestnávateľa je však právne fungujúcou spoločnosťou, ktorá zadáva prácu, platí mzdy a reguluje pohľadávky týkajúce sa príspevkov a daňovej povinnosti. Spoločnosť REPRUF, s.r.o. má sídlo na Slovensku už dva roky. V Čadci riadené jednou osobu predstavenstvo má kľúčové rozhodnutia pre riadenie a rozvoj spoločnosti rovnako aj uzatvára pracovné zmluvy so zamestnancami. Majiteľ firmy rozhoduje o politických smeroch činností spoločnosti po konzultácii so slovenským právnikom spoločnosti Miroslavom Šperkom zo spoločnosti ACARTUS so sídlom v Čadci, ktorá vykonáva účtovníctvo a právne služby. Administratívne a účtovné doklady sú uložené v sídle spoločnosti. Spoločnosť má bankový účet v banke CBD, pobočka Čadca, z tohto účtu sú realizované všetky verejnoprávne záväzky spoločnosti. Žalovaný mylne uvádza, že trvalé bydlisko vlastníka spoločnosti má nejaký význam v tomto prípade. Jedná sa o kapitálovú spoločnosť, nie o osobnú spoločnosť. Spoločnosť REPRUF, s.r.o. je ekonomicky efektívna a je to spojené s prenájmom a externej firmy, ktorá podporuje spoločnosť. Preto spoločnosť nemusí zamestnávať svojich administratívnych pracovníkov. Neexistujú žiadne predpisy, ktoré by vyžadovali držanie titulu vlastníctva spoločnosťou priestorov, v ktorých pôsobí. Žalovaný sa dopustil diskriminácie poľských občanov pracujúcich na Slovensku ako spolupracovníci žalobcu obdržali overené dokumenty A1 a vykonávanie práce v ich prípade nebolo nikdy spochybňované. Tento problém bude prezentovaný žalobcom v jeho žalobe o porušení zákonov spoločenstva. Z týchto dôvodov žalobca považoval žalobu za dôvodnú. Ako prílohy k žalobe predložil záznam o inšpekcii práce z Inšpektorátu práce Žilina zo dňa 15.03.2013 - fotokópiu, záznam o vykonaní kontroly Sociálnej poisťovne, pobočka Čadca, zo dňa 08.03.2013 a prílohu - správu o kontrole, Registračný list FO, pracovnú zmluvu zo dňa 01.02.2012, potvrdenie o príjmoch fyzickej osoby zo závislej činnosti o preddavkoch na daň, daňovom bonuse na vyživované deti za obdobie 2013, 2012, výpisy z účtov v poľskom jazyku, štvrťročné správy o vykonaní prác. Žalovaný podal k žalobe vyjadrenie zo dňa 29.07.2014, pričom uviedol, že žalovaný nezdôvodnil výrok rozhodnutia tým, že zamestnanci na území Slovenskej republiky vykonávajú tzv. marginálne činnosti ako uvádza žalobca vo svojej žalobe. Takisto poukázal na to, že prihláška do poistenia nemôže zakladať povinné sociálne poistenie a taktiež nemôže deklarovať vznik povinného sociálneho poistenia v rozpore s koordinačnými nariadeniami Európskej únie. Takisto nesúhlasí s tvrdením, že by sa žalovaný dopustil hrubej diskriminácie poľských občanov zamestnaných na území Slovenskej republiky. Tieto tvrdenia sú neopodstatnené. Na základe schválených postupov pobočky Sociálnej poisťovne rozhoduje o zániku sociálneho poistenia po skončení platnosti formulárov E101/PD A1, resp. o nevzniku povinného sociálneho poistenia, ak nebolo definitívne rozhodnuté o uplatniteľnej legislatíve vo vzťahu ku všetkým zamestnancom bez rozdielu národnosti, či štátnej príslušnosti. Taktiež poukázal na to, že nerozhodoval o neplatnosti pracovnej zmluvy žalobcu, ale o povinnom nemocenskom poistení, povinnom dôchodkovom poistení a povinnom poistení v nezamestnanosti žalobcu ako zamestnanca na území Slovenskej republiky na základe jeho pracovnej zmluvy. Žalovaný sa stotožnil so zisteným skutkovým a právnym stavom vo veci. Žiadal žalobu ako nedôvodnú zamietnuť. Pribratý účastník konania sa k žalobe vyjadril písomne, podaním doručeným súdu dňa 16.12.2014. Pribratý účastník konania žiada zrušiť rozhodnutie žalovaného, pričom poukazuje na to, že vznesené námietky sú dôvodné, pričom bolo porušených množstvo predpisov zákona o Európskej únii a neboli prešetrené námietky voči napadnutému rozhodnutiu. Vo veci žalobkyne kľúčovou okolnosťou je, že vždy vykonáva prácu na základe pracovnej zmluvy na území Slovenska. Poukázal na to, že práca žalobkyne je objednávaná na základe písomného zadania na vykonanie práce. Zamestnanci majú bezvýhradnú povinnosť raz v roku sa zúčastniť na trojtýždňovej pracovnej ceste, ktorá je zorganizovaná prostredníctvom účastníka konania. V ostatných mesiacoch môže žalobca cestovať na pracovisko samostatne. Počas tohto výjazdu sa zamestnanci zúčastňujú na potrebných školeniach a súčasne sú im predkladané ciele a predpoklady zamestnávateľa na nadchádzajúci kalendárny rok. Zamestnancom sa vtedy pripomínajú ich práva a povinnosti. Spoločnosť má k dispozícii dokumenty z pracovných ciest v podobe prepravných listov, listiny zamestnancov nahlásených do komerčného poistenia, ktoré zabezpečujú ochranu ich života a zdravia počas cestovania a pobytu v zahraničí, prihlasovacie karty potvrdzujúce pobyt v hotely a taktiež správy z vykonanej práce. Taktiež jednotliví pracovníci majú relevantné dôkazy v podobe bilingov za medzinárodné rozhovory, či pokladničné doklady za zakúpené tovary a služby. Takisto sú k dispozícii potvrdenia mesačných prevodov miezd za vykonanú prácu v prospech spoločnosti na svoj bankový účet, ktorého číslo uvádzajú v obsahu pracovnej zmluvy. Z vykonávania práce má žalobca povinnosť podávať štvrťročné správy o vykonávaní práce. Žalobca si plní svoje povinnosti a predložil všetky správy z vykonanej práce. Za vykonanú prácu dostáva patričnú mzdu na svoj bankový účet. Registračným sídlom spoločnosti je adresa 022 01 Čadca, Palárikova 76, kde si spoločnosť prenajíma priestory na vykonávanie podnikateľskej činnosti. V sídle spoločnosti je skladovaná účtovná a personálna dokumentácia. Na administratívnu činnosť bola získaná vonkajšia firma, ktorá navrhla veľmi atraktívnu sadzbu za každého zamestnanca zamestnaného prostredníctvom spoločnosti vo výške 4,33 euro na osobu. Matematický výpočet určil, že pre účastníka konania je ekonomickejším a niekoľkokrát lacnejším riešením využívať outsorcing účtovných a personálnych služieb a zamestnávať vonkajšiu kanceláriu, ktorá sa bude starať o spoločnosť. Okrem námietok uvedených prostredníctvom účastníka konania je potrebné taktiež citovať rozsudok Súdneho dvora zo dňa 30.03.2006 vo veci C-10/05, podľa ktorého okrem toho, mzda že vykonané platby tvorí základnú vlastnosť pracovného vzťahu, avšak ani obmedzená výška mzdy, ani pôvod finančných prostriedkov, z ktorých je vyplácaná, nemôžu mať žiaden vplyv na to, či daná osoba nie je zamestnancom podľa zákona Európskej únie. V judikatúre Súdneho dvora sa uvádza, že ak je príjem zo zárobkovej činnosti nižší ako životné minimum, alebo ak normálna pracovná doba neprekračuje určený počet hodín v týždni neexistuje prekážka, aby bola osoba uznaná takouto činnosťou za zamestnanca podľa čl. 48 a čl. 119 Dohovoru EHS alebo na základe iných smerníc hovoriacich o zamestnávaní občanov z iných členských štátov. Práca navrhovateľa nepredstavuje marginálnu prácu, keďže zaberá viac ako 5% času venovaného na podnikateľskú činnosť. V posledných protokoloch z kontroly predložených prostredníctvom navrhovateľa vrátane odvolania, neboli zistené žiadne pochybenia zo strany spoločnosti a preto Sociálna poisťovňa na základe ľubovoľnej interpretácie z protokolov vyvodzuje protichodné závery oproti skutkovému stavu. Účastník konania žiada, aby sa priklonil k odvolaniu žalobcu a napadnuté rozhodnutie zrušil. Krajský súd v Žiline prejednal vec bez nariadenia pojednávania za splnenia procesných podmienok podľa § 250f ods. 1, 2 O.s.p. a § 156 ods. 3 O.s.p. v spojení s § 246c ods. 1 veta prvá O.s.p. Rozsudok bol verejne vyhlásený dňa 12.05.2015. Krajský súd v Žiline preskúmal napadnuté rozhodnutie žalovaného podľa § 247 a nasledujúcich O.s.p. a po vykonanom dokazovaní dospel k záveru, že žaloba nie je dôvodná, preto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do 31.12.2012, povinné nemocenské poistenie, povinné dôchodkové poistenie a povinné poistenie v nezamestnanosti zamestnanca uvedeného v § 4 ods. 1 vzniká odo dňa právneho vzťahu, ktorý zakladá právo na príjem uvedený v § 3 ods. 1 pís.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REPRUF, sr.o., so sídlom Palárikova 76, Čadca (ďalej len „zamestnávateľ“), ktorého miesto podnikania resp. sídlo bolo na území SR. Z obsahu administratívneho spisu bolo zistené, že kontrolou so zameraním na preverenie reálneho výkonu činnosti zamestnancov na území Slovenskej republiky v období od 04.01.2012 do 26.02.2013 bola vykonaná fyzická kontrola u zamestnávateľa v registrovanom sídle zamestnávateľa - Palárikova 76, Čadca a to od 26.2.2013 do 8.3.2013. Bolo zistené, že zamestnávateľ na uvedenej adrese samostatnú kanceláriou nemá, dňa 26.02.2013 sa na uvedenej adrese nenachádzal žiadny zamestnanec, ani konateľ spoločnosti REPRUF, s.r.o.. Dňa 05.03.2013, kedy bola vykonaná opätovne kontrola na adrese spoločnosti sa nachádzali pani Anna L. L., konateľ spoločnosti a pán L. D., splnomocnený konať za spoločnosť REPRUF, s.r.o.. V rámci kontroly bolo zistené, že doklady zamestnávateľa sa nachádzajú na adrese Palárikova 76, Čadca. Pracovné zmluvy so zamestnancami boli uzatvorené od 28.06.2012 na 4 hodiny mesačne, po tomto dátume na 10 hodín mesačne. Všetci zamestnanci spoločnosti REPRUF, s.r.o. roznášajú letáky na požiadanie poľských firiem po rôznych mestách na území Slovenskej republiky, pričom zamestnávateľ zadáva prácu zamestnancom telefonicky, e-mailom alebo prostredníctvom pošty. Žalovaný konštatoval, že kontrolou zameranou na preverenie reálneho výkonu činnosti zamestnancov na území SR sa nepodarilo preukázať na základe relevantných skutočností, že na žalobcu sa od 01.02.2012 vzťahuje slovenská legislatíva. Podľa názoru Krajského súdu v Žiline žalobca v danom prípade nepreukázal reálny výkon činnosti zamestnanca u označeného zamestnávateľa. Ani dokladmi v rámci správneho konania, resp. dokladmi pripojenými v žalobe - záznam o inšpekcii práce z Inšpektorátu práce Žilina zo dňa 15.03.2013 - fotokópiu, záznam o vykonaní kontroly Sociálnej poisťovne, pobočka Čadca, zo dňa 08.03.2013 a prílohu - správu o kontrole, Registračný list FO, pracovnú zmluvu zo dňa 01.02.2012, potvrdenie o príjmoch fyzickej osoby zo závislej činnosti o preddavkoch na daň, daňovom bonuse na vyživované deti za obdobie 2013, 2012, výpisy z účtov v poľskom jazyku, štvrťročné správy o vykonaní prác - túto skutkovú okolnosť nepreukázal. Štvrťročné správy o vykonaní prác opatrené vizitkami firiem súd vyhodnotil ako nekonkrétne z hľadiska dátumu, miesta vykonania prác, ako aj rozsahu prác, žalobca nepreukázal reálne vykonávanie činnosti zamestnanca na území SR. Miesto vykonania prác je uvedené len ako Ružomberok, Bratislava, nie je v nich uvedený konkrétny dátum vykonania prác, ako aj rozsah prác, ktoré sa mali v uvedených firmách, ktorých vizitky sú súčasťou fotokópii štvrťročných prác, realizovať, nejedná sa o objektívny doklad, že žalobca bol v konkrétnom čase na konkrétnom mieste a v ňom vykonával prácu podľa pracovnej zmluvy. Doklad o vyplatenej mzde zamestnancovi zo strany zamestnávateľa nie je dôkazom o reálnom vykonávaní pracovnej činnosti zamestnanca. Záznam z výkonu inšpekcie práce nesúvisel podľa názoru súdu s prešetrovaním reálneho výkonu činnosti zamestnancov označeného zamestnávateľa. Ani z týchto listinných dôkazov, podľa názoru krajského súdu, žalobca nepreukázal konkrétne vykonávanie prác podľa pracovnej zmluvy na základe ktorej mal vykonať práce promotéra služieb a produktov poskytovaných zamestnávateľom alebo klientmi zamestnávateľa.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Práca zamestnanca bola definovaná v pracovnej zmluve ako kontakt s potenciálnymi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Ani predložené doklady v konaní pred súdom nepreukázali realizáciu pracovnej náplne obsiahnutej v pracovnej zmluve, ktorú mal žalobca vykonávať od 01.02.2012 na území SR.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dňa 8.3.2013, ktorá bola jedným z podkladov pre rozhodnutie žalovaného. Dôkazy, ktoré žalobca produkoval v žalobe a aj v správnom konaní nepreukazujú skutočnosť, že by reálne, v súlade s dohodnutými pracovnými podmienkami, pre označeného zamestnávateľa od 01.02.2012 žalobca prácu reálne vykonával.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REPRUF, s.r.o, Čadca. Podanie a registrácia prihlášky však nie je dôkazom o skutočnom (reálnom) vzniku pracovného pomeru žalobcu u zamestnávateľa. Takými dôkazmi nie sú ani potvrdenia na daňové účely, pretože tieto sa odvíjajú len od vyplatených príjmov a preddavkov na daň zo závislej činnosti, čo samo osebe nepreukazuje reálny výkon práce zamestnanca. Tento záver vyplýva aj z ustanovení § 15 ods. 1 písm. a), § 19 ods. 1, § 14 ods. 1 písm. a) zákona č 461/2003 Z.z., ktoré upravujú podmienky dôchodkového poistenia, poistenia v nezamestnanosti a povinného nemocenského poistenia, ktorých zákonným predpokladom pre priznanie je existencia statusu zamestnanca, ktorý žalobca v konaní nepreukázal. Krajský súd konštatuje, že žalobca v konaní bol povinný uniesť bremeno tvrdení a dôkazné bremeno a bol spôsobilý vymedzením skutkových tvrdení a dôkazmi preukázať, aký konkrétny rozsah prác od 01.02.2012 pre zamestnávateľa v súlade s dohodnutým druhom práce podľa pracovnej zmluvy vykonával. Preto neobstojí tvrdenie žalobcu v podanej žalobe, že je poškodený na svojich právach. Žalobca mohol skutkovým vymedzením uviesť, ktoré konkrétne práce od uzavretia pracovnej zmluvy pre zamestnávateľa vykonával, v ktorých firmách, aké konkrétne produkty, služby prezentoval, propagoval, s ktorými osobami jednal a pod., ktoré by rozsah ním vykonaných prác pre zamestnávateľa, potvrdili.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Nedôvodné sú námietky žalobcu vo vzťahu k vykonávaniu činnosti zamestnancov na území SR, že títo vykonávajú tzv. marginálne činnosti na území SR, nakoľko rozhodnutia správnych orgánov z týchto skutočností vôbec nevychádzajú. Podľa názoru súdu v danom prípade nebolo potrebné sa zaoberať ani skutočnosťami registrového sídla zamestnávateľa, keďže nebol preukázaný reálny súbeh dvoch činností - zamestnanie a SZČO vykonávané v odlišných členských štátoch, tak ako to súd vyššie zdôvodnil. Rovnako neodôvodnená je námietka diskriminačného zaobchádzania so žalobcom, keď žiadne takéto zaobchádzanie nebolo preukázané a samotné rozhodnutie v zmysle zákona nemôže byť pojmovo označené ako diskriminačné.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nevzniká mu preto právo na náhradu trov konania, súd mu preto náhradu trov konania nepriznal. Pribratému účastníkovi v tomto type súdneho konania náhrada trov konania zo zákona (O.s.p.) neprináleží.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https://www.kauzis.sk/judikatura/r/ECLI:SK:KSZA:2015:5014200428.2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