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21Scud/49/2014 z 26. 2. 2015</w:t>
      </w:r>
    </w:p>
    <w:p>
      <w:r>
        <w:t>Rozsudok Krajského súdu Žilina z 26. februára 2015, sp. zn. 21Scud/49/2014, ECLI:SK:KSZA:2015:5014200432.4</w:t>
      </w:r>
    </w:p>
    <w:p>
      <w:r>
        <w:t>Súd: Krajský súd Žilina</w:t>
      </w:r>
    </w:p>
    <w:p>
      <w:r>
        <w:t>Spisová značka: 21Scud/49/2014</w:t>
      </w:r>
    </w:p>
    <w:p>
      <w:r>
        <w:t>ECLI: ECLI:SK:KSZA:2015:5014200432.4</w:t>
      </w:r>
    </w:p>
    <w:p>
      <w:r>
        <w:t>Dátum vydania: 26. 2. 2015</w:t>
      </w:r>
    </w:p>
    <w:p>
      <w:r>
        <w:t>Forma: Rozsudok</w:t>
      </w:r>
    </w:p>
    <w:p>
      <w:r>
        <w:t>Oblasť práva: Správne právo</w:t>
      </w:r>
    </w:p>
    <w:p>
      <w:pPr>
        <w:pStyle w:val="Heading2"/>
      </w:pPr>
      <w:r>
        <w:t>Text rozhodnutia</w:t>
      </w:r>
    </w:p>
    <w:p>
      <w:r>
        <w:t>Súd: Krajský súd Žilina Spisová značka: 21Scud/49/2014 Identifikačné číslo súdneho spisu: 5014200432 Dátum vydania rozhodnutia: 27. 02. 2015 Meno a priezvisko sudcu, VSÚ: JUDr. Erika Šobichová ECLI: ECLI:SK:KSZA:2015:5014200432.4 ROZSUDOK V MENE SLOVENSKEJ REPUBLIKY Krajský súd v Žiline, v senáte zloženom z predsedníčky senátu JUDr. Eriky Šobichovej a členov senátu JUDr. Eriky Čanádyovej a JUDr. Zuzany Jančárovej v právnej veci žalobcu: Z. C. Q., nar. XX.XX.XXXX, bytom C. XXX, XXX XX C., Poľsko, právne zastúpená: V4 Legal, s.r.o., so sídlom Tvrdého 4, 010 01 Žilina, IČO: 36 858 820, proti žalovanému: Sociálna poisťovňa, ústredie, so sídlom ul. 29. augusta č. 8 a 10, 813 63 Bratislava, za účasti pribratého účastníka: WEBUNG, s.r.o., so sídlom Palárikova 76, 022 01 Čadca, IČO: 47 237 201, právne zastúpený: V4 Legal, s.r.o., so sídlom Tvrdého 4, 010 01 Žilina, IČO: 36 858 820, v konaní o preskúmanie zákonnosti rozhodnutia žalovaného č. 295-2/2014-BA zo dňa 27.01.2014, takto jednomyseľne r o z h o d o l : Žalobný návrh z a m i e t a . Žalobkyni súd náhradu trov konania n e p r i z n á v a . o d ô v o d n e n i e : Žalobou doručenou súdu dňa 07.04.2014 sa žalobkyňa domáhala preskúmania rozhodnutia Sociálnej poisťovne, ústredie č. 295-2/2014-BA zo dňa 27.01.2014, ktorým rozhodnutím žalovaný potvrdil rozhodnutie Sociálnej poisťovne, pobočka Čadca č. 45946-1/2013-CA z 1.10.2013 a odvolanie žalobkyne zamietol. Prvostupňový správny orgán - Sociálna poisťovňa, pobočka Čadca rozhodnutím pod č. 45946-1/2013-CA z 1.10.2013 rozhodla tak, že vo vzťahu k žalobkyni nevzniklo povinné nemocenské poistenie, povinné dôchodkové poistenie a povinné poistenie v nezamestnanosti ako zamestnancovi WEBUNG, s.r.o. od 01.03.2013 do 31.5.2013 podľa Slovenskej legislatívy, s odôvodnením, že dňa 26. februára 2013 vykonali kontrolní zamestnanci Sociálnej poisťovne, pobočka Čadca, kontrolu v sídle zamestnávateľa, zameranú na overenie reálneho výkonu činnosti jeho zamestnancov. Kontrolní zamestnanci v sídle spoločnosti na Palárikovej ulici č. 76, Čadca v čase vykonania kontroly nezistili prítomnosť žiadneho zamestnanca a taktiež nebol prítomný žiaden z konateľov spoločnosti a nebola zaznamenaná ani prítomnosť vlastníkov spoločnosti. Kontrolní zamestnanci vypočuli aj Ing. Mgr. Miroslava Šperku, konateľa ACARTUS Slovakia, s.r.o.. Podľa jeho vyjadrenia sa dňa 26. februára 2013 v sídle spoločnosti nenachádzal žiaden zamestnanec a ani konateľ spoločnosti. Na základe výsledkov kontroly nebolo preukázané, že žalobkyňa reálne vykonáva činnosť ako zamestnanec na území Slovenskej republiky a preto nemôže podliehať slovenským právnym predpisom ani podľa jedného z citovaných článkov základného nariadenia. Žalobkyni teda nevzniklo nemocenské poistenie, povinné dôchodkové poistenie a povinné poistenie v nezamestnanosti ako zamestnancovi WEBUNG, s.r.o. od 01.03.2013 do 31.52013 podľa Slovenskej legislatívy. V rozhodnutí poukázal prvostupňový orgán na nariadenie (ES) Európskeho parlamentu a Rady č. 883/2004 o koordinácii systémov sociálneho zabezpečenia v znení nariadenia (ES) Európskeho parlamentu a Rady č. 988/2009 zo dňa 16. septembra 2009 a vykonávacie nariadenie Európskeho parlamentu a Rady (ES) č. 987/2009, ktorým sa vykonáva nariadenie č. 883/2004 najmä na čl. 11 (3) (a) základného nariadenia a čl. 13 (3) základného nariadenia. V dôvodoch rozhodnutia žalovaný poukázal na ust. § 4 ods. 1 zákona č. 461/2003 Z.z. v znení zákona č. 413/2012 Z.z. s účinnosťou od 01.01.2013, § 7 ods. 1 písm. c), § 3 ods. 1 písm. a), § 14 ods. 1 písm. a), § 15 ods. 1 písm. a) a § 19 ods. 1 zákona o sociálnom poistení a konštatoval, že účastník konania je vedený v registri poistencov Sociálnej poisťovne ako zamestnanec zamestnávateľa od 01.03.2013 do 31.5.2013. Zamestnávateľ je právnická osoba zapísaná v Obchodnom registri Okresného súdu Žilina od 04. januára 2012, do registra zamestnávateľov vedenom Sociálnou poisťovňou, pobočka Čadca je prihlásený od 01. februára 2012. Poukázal na to, že od vstupu Slovenskej republiky do Európskej únie sa od 01.05.2004 v oblasti sociálneho zabezpečenia uplatňujú koordinačné nariadenia, nariadenie rady EHS č. 1408/71, zo 14.06.1971 o uplatňovaní systémov sociálneho zabezpečenia na zamestnané osoby, SZČO a členov ich rodín pohybujúcich sa v rámci spoločenstva v znení neskorších zmien a doplnkov a jeho vykonávacie nariadenie Rady (EHS) č. 574/1972 z 21.03.1972. Od 01.05.2010 sa uplatňujú nové koordinačné nariadenia a to nariadenie č. 883/2004, nariadenie č. 988/2009 a vykonávacie nariadenie Európskeho parlamentu a Rady (ES) č. 987/2009, ktorým sa vykonáva nariadenie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Nariadenie v čl. 13 stanovuje, ktorým právnym predpisom podlieha osoba vykonávajúca činnosť v dvoch alebo viacerých členských štátoch. Zároveň poukázal na čl. 13 (1) a čl. 13 (3) základného nariadenia. Ďalším rozhodujúcim faktorom na určenie miesta výkonu činnosti a teda aj posúdenia a určenie príslušnosti k právnym predpisom sociálneho zabezpečenia je určenie registrového sídla alebo miesta podnikania. Uvedené vyplýva z praktickej príručky právne predpisy, ktoré sa vzťahujú na zamestnancov v Európskej únii, európskom hospodárskom priestore a vo Švajčiarsku, ktorá sa uplatňuje v rámci celej európskej únie. Ak osoba pracujúca vo viacerých členských štátoch nevykonáva podstatnú časť činností v členskom štáte bydliska, uplatňujú sa právne predpisy členského štátu, v ktorom má zamestnávateľ alebo podnik, ktorý osobu zamestnáva registrové sídlo alebo miesto podnikania. Termín registrové sídlo alebo miesto podnikania nie je v nariadení vymedzený. Poukázal na rozhodnutie Súdneho dvora prípadu Planzer Luxembourg Sarl C-73/06. Zamestnávateľ nespĺňa podmienky registrácie alebo miesta podnikania, nemôže sa na zamestnancov uplatňovať legislatíva štátu, v ktorom má zamestnávateľ registrované sídlo alebo miesto podnikania. Sociálnej poisťovni bola doručená informácia Poľskej inštitúcii sociálneho zabezpečenia ZUS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Sociálna poisťovňa, ktorá je príslušná inštitúcia na uplatnenie uplatniteľnej legislatívy na území Slovenskej republiky, bola povinná rozhodujúce skutočnosti preskúmať. Kontrolou so zameraním na preverenie reálneho výkonu činností zamestnancov zamestnávateľa na území Slovenskej republiky vykonala v období od 26. februára 2013 do 07. marca 2013 Sociálna poisťovňa, pobočka Čadca. V rámci vykonanej kontroly bolo zistené, že v registrovanom sídle spoločnosti zamestnávateľ samostatnú kanceláriu nemá. Doklady zamestnávateľa sa nachádzajú na adrese Palárikova 76, Čadca. Pracovné zmluvy so zamestnancami sú uzatvorené na 10 hodín mesačne. Zamestnanci zamestnávateľa roznášajú letáky na požiadanie poľských firiem po rôznych mestách na území Slovenskej republiky. Zamestnávateľ zadáva prácu zamestnancom telefonicky, e-mailom alebo poštou. Sociálna poisťovňa, pobočka Čadca vykonáva kontrolu so zameraním na preverenie reálneho výkonu činností zamestnávateľa aj 05. novembra 2013, pričom nezistila žiadne nové skutočnosti v tejto veci. Na základe tejto kontroly sa nepodarilo preukázať reálny výkon činností zamestnancov na území Slovenskej republiky ani splnením základných kritérií registrovaného sídla spoločnosti. Z tohto dôvodu sa žalovaný stotožnil v odvolacom konaní s právnym názorom prvostupňového správneho orgánu. Proti rozhodnutiu žalovaného riadne a včas podala žalobu žalobkyňa, ktorou žiadala napadnuté rozhodnutie žalovaného zrušiť a vec vrátiť na ďalšie konanie. Žalovaný sa v odôvodnení rozhodnutia obmedzil na tvrdenie, že žalobcovi nevzniklo povinné nemocenské, povinné dôchodkové poistenie a povinné poistenie v nezamestnanosti podľa Slovenskej legislatívy odo dňa 01.03.2013 do 31.5.2013 a to z dôvodu toho, že na základe kontroly sa nepodarilo preukázať reálny výkon činnosti zamestnancov na území Slovenskej republiky a ani splnenie základných kritérií registrovaného sídla v spoločnosti. Žalovaný v tejto súvislosti odkazuje na praktickú príručku - právne predpisy, ktoré sa vzťahujú na zamestnancov v Európskej únii, európskom hospodárskom priestore a vo Švajčiarsku, ktorá má podľa názoru žalobkyne len odporúčací charakter, pričom uvádza, že jedným rozhodujúcim faktorom na určenie miesta výkonu činností a teda aj na posúdenie a určenie príslušnosti k právnym predpisom sociálneho zabezpečenia je určenie registrového sídla alebo miesta podnikania. V súlade s aplikáciou postupu uvedeného v čl. 16 Nariadenia Európskeho parlamentu a Rady (ES) č. 987/2009, ktorým sa stanovuje postup vykonávania nariadenia zabezpečenia styčný orgán štátu bydliska žalobcu, Poľská inštitúcia sociálneho zabezpečenia ZUS určil, že na žalobcu sa vzťahujú uplatniteľné predpisy Slovenskej republiky a to s poukazom na čl. 13 ods. 3 Nariadenia Európskeho parlamentu Rady č. 883/2004. Žalovaný v rámci konania nesprávne zistil skutkový stav a na nesprávne zistený skutkový stav aplikoval nesprávny hmotnoprávny predpis. Počas kontrolovaného obdobia od 01.02. 2012 do 26.02.2013 v zmysle kontroly sociálnej poisťovne vykonanej od 26.02.2013 do 07.03.2013 u zamestnávateľa, na ktorých žalovaný odkazuje v odôvodnení rozhodnutia, žalobca nebol zamestnancom zamestnávateľa. Uvedené preto nemôže byť podkladom pre rozhodnutie, nakoľko situácia v danom čase a mieste nebola vo vzťahu k žalobcovi individuálne zistená. Napriek uvedenému zdôraznila žalobkyňa, že počas predmetnej kontroly neboli zistené žiadne nedostatky. Ďalej žalobkyňa uviedla, že sa žalovaný obmedzil len na tvrdenie, že kontrolou vykonanou dňa 05.11.2013 neboli zistené žiadne nové skutočnosti v tejto veci. Žalobkyňa zastáva názor, že výsledky kontroly ako relevantné zistenia neboli podkladom pre rozhodnutie, nakoľko s poukazom na správu o kontrole č. 48042-2/2013- CA neboli zistené žiadne pochybenia ani nedostatky a nepreukázala sa ani skutočnosť, že by k výkonu závislej činnosti zamestnancov v zmysle pracovných zmlúv nedochádzalo. Kontrolovaným obdobím týkajúcim sa žalobcu bolo 1 mesiac a 5 dní trvania jeho pracovného pomeru. Počas kontroly bola predložená pracovná zmluva, výplatné listiny, mzdové listy a evidencia dochádzky. Žalobkyňa tak predložila všetku dokumentáciu zamestnávateľa, ktorú od neho možno rozumne požadovať, čím bolo logicky dôkazné bremeno v súvislosti s reálnym výkonom jeho závislej činnosti vyčerpané. Žalobkyňa ani zamestnávateľ nie sú povinní disponovať s inými dokumentmi a dôkazmi pokiaľ to platné a právne predpisy explicitne neuvádzajú. Zo správy aj záverov vyplýva, že nedostatky vo výkone činnosti zamestnancov žalobcu zistené neboli. V odôvodnení rozhodnutia táto skutočnosť absentuje a uvedené dokumenty a výsledky kontroly neboli podkladom rozhodnutia v zmysle § 209 zákona o sociálnej poisťovni. Žalovaný prijal zovšeobecňujúci záver, že na základe vykonanej kontroly zamestnávateľ nespĺňa podmienky registrácie sídla alebo miesta podnikania aj napriek tomu, že za týmto účelom nebola vykonávaná žiadna kontrola. Navyše ak dotknutá inštitúcia členského štátu mala za to, že osoba nevykonáva činnosť ako zamestnanec na území Slovenskej republiky, túto skutočnosť treba posudzovať z hľadiska niekoľkých ukazovateľov, ak sú k dispozícii s ohľadom na celkovú situáciu, ktorá sa danej osoby týka, teda individuálne. Žalovaný sa len formálne vysporiadal so zistením skutočného stavu veci a rozhodnutie prakticky nezdôvodnil. Paušálne poukazovanie na ustanovenia právnych predpisov a nedôsledné vysporiadanie sa s individuálnou situáciou žalobcu je nedostatočné a nezákonné. Žalobkyňa poukázala na to, že riadiace osoby spoločnosti sa za účelom pracovných stretnutí a riešenia prevádzkových záležitostí stretávajú v sídle spoločnosti Slovenskej republiky, kde uchovávajú účtovné doklady, pracovné zmluvy, obchodné zmluvy a faktúry. Mala za to, že miestom sídla, miestom stretnutí a riadiacich osôb, miestom uloženia správnych a účtovných dokumentov a miestom hlavného priebehu finančných činností je Slovenská republika. Povaha práce zamestnancov zamestnávateľa v zmysle pracovných zmlúv si vyžaduje spravidla prácu v teréne na území Slovenskej republiky, kedy prenajaté priestory zamestnanci nevyužívajú. Zdôraznil, že zamestnávateľa nemožno označiť za tzv. schránkovú firmu. Žalobkyňa ďalej namieta podľa bodu 8 nariadenia, všeobecná zásada rovnakého zaobchádzania je mimoriadne dôležitá pre pracovníkov, ktorí nemajú bydlisko v členskom štáte ich zamestnania, vrátane cezhraničných pracovníkov. Podľa bodu 11 nariadenia, prispôsobenie faktorov alebo udalostí, ku ktorých dochádza v jednom členskom štáte nemôže v žiadnom prípade viesť k tomu, aby sa iný členský štát stal príslušným alebo jeho právne predpisy uplatniteľnými. Koordinácia systému sociálneho zabezpečenia je založená na štyroch základných princípoch, z ktorých základným je princíp rovnakého zaobchádzania, v zmysle ktorého podliehajú migrujúce osoby na území členských štátov rovnakým povinnostiam a využívajú rovnaké výhody ako štátni občania dotknutého štátu. Zakazuje sa akákoľvek diskriminácia na základe štátneho občianstva. Žalovaný svojím konaním porušuje vyššie uvedený princíp rovnakého zaobchádzania, nakoľko ide o celoslovenský diskriminačný postup voči tým zamestnancom, ktorí sú občanmi Poľskej republiky. Žalobkyňa mala za to, že na základe vyššie uvedenej skutkovej a právnej argumentácii a s poukazom aj na jednoznačnosť čl. 13 ods. 3 nariadenia, v zmysle ktorého osoba, ktorá zvyčajne vykonáva činnosť ako zamestnaná osoba a činnosť ako samostatne zárobková činná osoba v odlišných členských štátoch, podlieha právnym predpisom členského štátu, v ktorom vykonáva činnosť ako zamestnanec. Vzhľadom na uvedené žiadala rozhodnutie žalovaného zrušiť a vec vrátiť žalovanému na ďalšie konanie. Zároveň si uplatnili náhradu trov konania. Žalovaný sa k žalobe písomne vyjadril, podaním doručeným súdu dňa 8.08.2014. Splnenie podmienok na určenie uplatniteľnej legislatívy v súlade s koordinačnými nariadeniami, ktoré upravujú oblasť sociálneho zabezpečenia, je oprávnená kontrolovať inštitúcia ustanovená na tento účel, ktorá je zároveň inštitúciou oprávnenou na určenie uplatniteľnej legislatívy, t.j. na území Slovenskej republiky - Sociálna poisťovňa. Kontroly týkajúce sa preverenia reálneho výkonu činnosti zamestnancov uskutočňuje Sociálna poisťovňa v prípade, ak vznikne podozrenie, že zo strany zamestnávateľov dochádza k obchádzaniu právnych predpisov sociálneho zabezpečenia bez rozdielu národnosti, či štátnej príslušnosti. Na základe výsledkov kontrol boli vyhodnotené ako firmy, ktorých zamestnanci reálne vykonávajú činnosť na území Slovenskej republiky, aj firmy, ktoré zamestnávajú prevažne zamestnancov s bydliskom na území Poľskej republiky. Títo zamestnanci boli naďalej ponechaní v systéme sociálneho zabezpečenia Slovenskej republiky. V tých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V prípade, ak už bol vystavený zamestnancom formulár E101 SK/PD A1, títo zamestnanci podliehajú Slovenskej legislatíve až do dňa platnosti formulárov. Sociálna poisťovňa tieto formuláre spätne neruší. Následne po ukončení platnosti príslušného formulára Sociálna poisťovňa rozhoduje o zániku sociálneho poistenia dňom, ktorým platnosť formulára skončila. Ak sa jedná o zamestnancov, ktorým doteraz nebol vystavený formulár PD A1 o určení uplatniteľnej legislatívy a na základe kontrol vykonaných Sociálnou poisťovňou nebol preukázaný reálny výkon činností zamestnancov na území Slovenskej republiky a splnenie podmienok registrového sídla Sociálna poisťovňa rozhoduje o tom, že dotknutému zamestnancovi povinné sociálne poistenie na území Slovenskej republiky nevzniklo. O uvedených skutočnostiach bola informovaná centrála poľskej inštitúcie sociálneho zabezpečenia ZUS vo Varšave listom zo dňa 25. júla 2013, pričom poľská inštitúcia sociálneho zabezpečenia ZUS Varšava listom zo dňa 10.10.2013 tieto skutočnosti akceptovala. Poľská inštitúcia ZUS listom dňa 5.8.2013 oznámila žalovanému, že žalobkyňa podlieha poľskému zákonodarstvu, v súlade s čl. 16 (3) nariadenia žalovaný toto určenie nenamietal, čím sa toto určenie stalo definitívnym. Žalovaný sa stotožnil so skutkovým a právnym posúdením veci. Pribratý účastník konania sa k veci písomne nevyjadril. Krajský súd v Žiline preskúmal napadnuté rozhodnutie žalovaného, ako aj prvostupňové rozhodnutie správneho orgánu, vrátane postupov oboch správnych orgánov a dospel k záveru, že žaloba nie je dôvodná a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WEBUNG, s.r.o., s miestom podnikania Palárikova 76 (ďalej len „zamestnávateľ“, „označený zamestnávateľ“), ktorého miesto podnikania bolo na území SR. Žalovaný okrem tvrdenia, že zamestnávateľ žalobcu - WEBUNG, s.r.o. nespĺňa podmienky registrácie sídla alebo miesta podnikania a z tohto dôvodu sa nemôže na zamestnancov uplatňovať legislatíva štátu, v ktorom má zamestnávateľ registrované sídlo alebo miesto podnikania poukazuje na vykonané kontroly, ktoré boli vykonávané na preverenie reálneho výkonu činnosti zamestnancov zamestnávateľa na území Slovenskej republiky v období od 26.02.2013 do 07.03.2013, ktorú uskutočnila Sociálna poisťovňa, pobočka Čadca. V rámci kontroly Sociálna poisťovňa, pobočka Čadca zistila, že v registrovanom sídle v spoločnosti zamestnávateľ nemá samostatnú kanceláriu, doklady zamestnávateľa sa nachádzajú na adrese Palárikova 76, Čadca. Pracovné zmluvy so zamestnancami sú uzatvárané na 10 hodín mesačne, pričom zamestnanci zamestnávateľa roznášajú letáky na požiadanie poľských firiem po rôznych mestách na území Slovenskej republiky. Zamestnávateľ zadáva prácu zamestnancom telefonicky, e- mailom alebo poštou. Sociálna poisťovňa, Čadca vykonala kontrolu so zameraním aj na preverenie reálneho výkonu činnosti zamestnancov dňa 05.11.2013, pričom nezistila žiadne nové skutočnosti. Krajský súd z obsahu pripojeného administratívneho spisu zistil, že kontrolu, ktorá bola vykonávaná v rámci správneho konania je obsiahnutá v správe o vykonaní kontroly č. 34094-2/2013-CA. Takisto zo záznamu o vykonanej kontrole bolo zistené, že bolo kontrolované obdobie od 01.02.2012 do 26.02.2013 s tým, že miesto a dátum vykonania kontroly bolo od 26.02.2013 do 07.03.2013, pričom záznam bol vypracovaný dňa 07.03.2013. Jednalo sa o záznam č. 34094-2/2013-CA. Zo správy o kontrole je však zrejmé, že dňa 04.03.2013 Sociálna poisťovňa, pobočka Čadca opätovne navštívila spoločnosť WEBUNG, s.r.o. na adrese Palárikova 76, pričom na uvedenej adrese bol pán Grzegorz Jan Maliński, konateľ spoločnosti WEBUNG a piati zamestnanci. Je pravdou, že výsledky prvej kontroly za obdobie od 01.02.2012 do 26.02.2013 sa nemôžu vzťahovať na žalobkyňu, nakoľko táto mala pracovať u označeného zamestnávateľa až od 01.3.2013 do 31.5.2013. Podľa § 195 ods. 1 zákona č. 461/2003 Z.z. organizačná zložka Sociálnej poisťovne pred vydaním rozhodnutia postupuje tak, aby presne a úplne zistila skutočný stav veci a na tento účel obstará potrebné podklady na rozhodnutie. Podľa § 195 ods. 2 zákona o sociálnej poisťovni, podkladom na rozhodnutie sú najmä podania, návrhy a vyjadrenie účastníkov konania, dôkazy, čestné vyhlásenia, ako aj skutočnosti všeobecne známe alebo známe organizačnej zložke Sociálnej poisťovne z jej činnosti. Podľa § 195 ods. 3 predmetného zákona, organizačná zložka Sociálnej poisťovne pri posudzovaní veci objasňuje rovnako dôkladne všetky rozhodujúce skutočnosti bez ohľadu na to, či svedčia v prospech alebo v neprospech účastníka konania. 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č. 461/2003 Z.z. účastník konania, fyzická osoba alebo právnická osoba zúčastnená na konaní, ktorí majú listiny, ktoré môžu byť dôkazom, sú povinní na výzvu organizačnej zložky Sociálnej poisťovne tieto listiny predložiť. 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č. 461/2003 Z.z. organizačná zložka Sociálnej poisťovne hodnotí dôkazy podľa svojej úvahy, a to každý dôkaz osobitne a všetky dôkazy vo vzájomnej súvislosti. 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rozhodnutie musí obsahovať výrok, odôvodnenie a poučenie o odvolaní alebo o opravnom prostriedku. Odôvodnenie nie je potrebné, ak sa všetkým účastníkom konania vyhovuje v celom rozsahu. 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v odôvodnení rozhodnutia organizačná zložka Sociálnej poisťovne uvedie, ktoré skutočnosti boli podkladom na rozhodnutie, akými úvahami bola vedená pri hodnotení dôkazov a pri použití právnych predpisov, na ktorých základe rozhodovala. Podľa § 209 ods. 5 zákona poučenie o odvolaní alebo o opravnom prostriedku obsahuje údaj, či je rozhodnutie konečné alebo či sa možno proti nemu odvolať alebo podať opravný prostriedok, v akej lehote a kde možno odvolanie alebo opravný prostriedok podať. 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Podľa § 218 ods. 1 zák. č. 461/2003 Z.z. odvolací orgán preskúma napadnuté rozhodnutie v celom rozsahu. Ak je to nevyhnutné, doterajšie konanie doplní, prípadne zistené nedostatky odstráni. Podľa § 218 ods. 2 ak sú na to dôvody, odvolací orgán rozhodnutie zmení alebo zruší, inak odvolanie zamietne a rozhodnutie potvrdí. Podľa § 218 ods. 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Podľa § 218 ods. 4 proti rozhodnutiu o odvolaní sa nemožno ďalej odvolať. Z obsahu administratívneho spisu je zrejmé, že žalobkyňa v rámci správneho konania, ani v rámci odvolacieho konania svoje tvrdenia, že reálne vykonáva prácu na území Slovenskej republiky pre označeného zamestnávateľa - WEBUNG, s.r.o., Čadca za obdobie od 1.3.2013 do 31.5.2013, nepreukázala. V odvolaní proti prvostupňovému rozhodnutiu len tvrdí, že od 1.3.2013 vykonáva pre zamestnávateľa prácu - promotéra služieb a produktov poskytovaných zamestnávateľom alebo klientmi zamestnávateľa. Poukazuje, že jej pracovnou náplňou je kontakt s potecionálnymi klientami zamestnávateľa, najmä však distribúcia letákov na území Slovenskej republiky. K odvolaniu žalobkyňa žiadne relevantné dôkazy k týmto skutočnostiam nepredložila. Takisto pokiaľ žalobkyňa v žalobe poukazuje, že boli predložené v rámci jej možností všetky doklady k veci sa vzťahujúce ako napr. pracovná zmluva, výplatné listiny, mzdové listiny, evidencia dochádzky, uvedené doklady v rámci správneho konania z jej strany resp. ani k žalobe neboli predložené. Rovnako žalobkyňa, pokiaľ v žalobe tvrdí, že poľská inštitúcia ZUS určila, že sa na žalobkyňu vzťahujú uplatniteľné právne predpisy SR s poukazom na čl. 13 (3) nariadenia, tieto skutočnosti žiadnym spôsobom nedeklarovala, len tvrdila. Podľa názoru súdu tak žalobkyňa,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žalobkyňa pre označeného zamestnávateľa od 01.03.2013 do 31.05.2013 reálne prácu vykonávala. Následne záver prvostupňového správneho orgánu a žalovaného, že žalobkyni nevzniklo povinné nemocenské poistenie, povinné dôchodkové poistenie a povinné poistenie v nezamestnanosti ako zamestnancovi WEBUNG, s.r.o. od 1.03.2013 do 31.05.2013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žalobkyni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 Tento záver vyplýva aj z ust. § 15 ods. 1 písm. a), § 19 ods. 1, § 14 ods. 1 pís. a) zák. č. 461/2003 Z.z., ktoré upravujú podmienky dôchodkového poistenia, poistenia v nezamestnanosti a povinného nemocenského poistenia, ktorých zákonným predpokladom pre priznanie je status zamestnanca, ktorý žalobkyňa nepreukázala. Žalobkyňa v správnom konaní nepreukázala, že od 01.03.2013 do 31.05.2013 vykonávala u označeného zamestnávateľa konkrétny dojednaný druh práce, resp. konkrétnu pracovnú činnosť bez ohľadu na skutočnosť, že výkon kontroly za obdobie od 01.02.2012 do 26.2.2013 sa na žalobkyňu nemohol vzťahovať, keďže prácu ako zamestnankyňa mala vykonávať od 1.3.2013 do 31.5.2013. Žalobkyňa neuviedla ani skutkové tvrdenia a relevantné dôkazy, ktorými by skutočný rozsah konkrétnych prác za konkrétne obdobie od 01.03.2013 do 31.5.2013 preukázala. Žalobkyňa v konaní bola povinná uniesť bremeno tvrdení a dôkazné bremeno a bola spôsobilá vymedzením skutkových tvrdení a dôkazmi preukázať, aký konkrétny rozsah, akú konkrétnu pracovnú činnosť od 01.3.2013 do 31.5.2013 pre zamestnávateľa v súlade s dohodnutým druhom práce podľa pracovnej zmluvy vykonávala. Neobstojí ani jej tvrdenie o predložení všetkej dokumentácie zamestnanca, ktorú od nej možno rozumne požadovať (čo napokon nie je pravda, nakoľko žiadne dôkazy ku konaniu nepredložila). Žalobkyňa mohla skutkovým vymedzením uviesť, ktoré konkrétne práce od uzavretia konkrétnej pracovnej zmluvy pre zamestnávateľa vykonávala, o akú pracovnú činnosť sa jednalo, uviesť konkrétne dátumy vykonávania prác na Slovensku, s ktorými osobami jednala, ktoré by rozsah ňou vykonávaných prác pre zamestnávateľa potvrdili. Ani prípadné dôkazy ako pracovná zmluva, mzdové listiny, t.j. tie na ktoré poukazuje žalobkyňa v žalobe podľa názoru súdu nemôžu preukázať faktický výkon činnosti zamestnanca na území SR.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Keďže nebolo sporné, že žalobkyňa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u označeného zamestnávateľa, tak tento výrok je súladný s procesným postupom, ktorý žalovaný a prvostupňový správny orgán v súlade s platnou právnou úpravou mohol a bol povinný aplikovať. Podľa názoru súdu nebol porušený princíp individuálneho zaobchádzania so žalobkyňou a ani princíp rovnakého zaobchádzania vo vzťahu k iným zamestnancom, vzhľadom na uvedené skutočnosti. 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žalobkyne u označeného zamestnávateľa, na území SR. Vzhľadom na uvedené krajský súd dospel k záveru, že žaloba nie je dôvodná, pri aplikácii § 250j ods. 1 O.s.p. žalobu zamietol. O náhrade trov konania bolo rozhodnuté podľa § 250k ods. 1 prvá veta O.s.p. a contrario. Žalobkyňa nemala v konaní úspech, nevzniká jej preto právo na náhradu trov konania, súd jej preto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https://www.kauzis.sk/judikatura/r/ECLI:SK:KSZA:2015:5014200432.4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