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21Scud/73/2014 z 13. 1. 2015</w:t>
      </w:r>
    </w:p>
    <w:p>
      <w:r>
        <w:t>Rozsudok Krajského súdu Žilina z 13. januára 2015, sp. zn. 21Scud/73/2014, ECLI:SK:KSZA:2015:5014200529.1</w:t>
      </w:r>
    </w:p>
    <w:p>
      <w:r>
        <w:t>Súd: Krajský súd Žilina</w:t>
      </w:r>
    </w:p>
    <w:p>
      <w:r>
        <w:t>Spisová značka: 21Scud/73/2014</w:t>
      </w:r>
    </w:p>
    <w:p>
      <w:r>
        <w:t>ECLI: ECLI:SK:KSZA:2015:5014200529.1</w:t>
      </w:r>
    </w:p>
    <w:p>
      <w:r>
        <w:t>Dátum vydania: 13. 1. 2015</w:t>
      </w:r>
    </w:p>
    <w:p>
      <w:r>
        <w:t>Forma: Rozsudok</w:t>
      </w:r>
    </w:p>
    <w:p>
      <w:pPr>
        <w:pStyle w:val="Heading2"/>
      </w:pPr>
      <w:r>
        <w:t>Text rozhodnutia</w:t>
      </w:r>
    </w:p>
    <w:p>
      <w:r>
        <w:t>Súd: Krajský súd Žilina Spisová značka: 21Scud/73/2014 Identifikačné číslo súdneho spisu: 5014200529 Dátum vydania rozhodnutia: 14. 01. 2015 Meno a priezvisko sudcu, VSÚ: JUDr. Erika Šobichová ECLI: ECLI:SK:KSZA:2015:5014200529.1 ROZSUDOK V MENE SLOVENSKEJ REPUBLIKY Krajský súd v Žiline, v senáte zloženom z predsedníčky senátu JUDr. Eriky Šobichovej a členov senátu JUDr. Veroniky Poláčkovej a JUDr. Zuzany Jančárovej, v právnej veci žalobcu: K. O. T. bytom L. XX/XX, XX-XXX N.ń, N. republika, proti žalovanému: Sociálna poisťovňa - ústredie, so sídlom Ul. 29. augusta č. 8-10, Bratislava, v konaní o preskúmanie zákonnosti rozhodnutia žalovaného č. 8685-3/2014-BA zo dňa 24.1.2014, takto jednomyseľne r o z h o d o l : Žalobný návrh z a m i e t a. Žalobcovi súd náhradu trov konania n e p r i z n á v a. o d ô v o d n e n i e : Žalobou doručenou na Krajský súd v Žiline dňa 28.4.2014 označenou ako „odvolanie proti rozhodnutiu 8685-3/2014-BA Sociálnej poisťovne ústredie z 24.1.2014“ sa žalobca domáhal preskúmania a zrušenia rozhodnutia žalovaného č. 8685-3/2014-BA zo dňa 24.1.2014 (ďalej len „napadnuté rozhodnutie“, „preskúmavané rozhodnutie“, „rozhodnutie žalovaného“, „rozhodnutie druhostupňového správneho orgánu“), ktorým žalovaný rozhodol o odvolaní žalobcu proti rozhodnutiu prvostupňového správneho orgánu - Sociálnej poisťovne, pobočka Trnava, č. 700-0303/2011-23 zo dňa 12.09.2011, ktorým prvostupňový orgán rozhodol, že žalobcovi nevznikla účasť na nemocenskom poistení, dôchodkovom poistení a poistení v nezamestnanosti dňom 1.10.2010. Žalovaný zmenil časť výroku prvostupňového rozhodnutia, keď vypustil text: „...nevznikla účasť na nemocenskom poistení, dôchodkovom poistení a poistení v nezamestnanosti a vložil text: „...nevzniklo povinné nemocenské poistenie, povinné dôchodkové poistenie a povinné poistenie v nezamestnanosti.“ V ostatnej časti rozhodnutie prvostupňového správneho orgánu žalovaný potvrdil. V napadnutom rozhodnutí poukázal na ustanovenia § 4 ods. 1 písm. a § 7 ods. 1 písm. a) zákona č. 461/2003 Z.z. ako aj ustanovenia §14 ods. 1 písm. a), § 15 ods. 1 písm. a), § 19 ods. 1 cit. zákona v znení účinnom do 31.12.2010 a konštatoval, že žalobca bol vedený v registri poistencov Sociálnej poisťovne ako zamestnanec zamestnávateľa Grzegors Jan Maliński - GM CONZULTING od 1.10.2010 do 31.1.2012. Uvedený zamestnávateľ je zapísaný v registri zamestnávateľov vedeného Sociálnou poisťovňou, pobočka Trnava od 07.04.2010.Podnikateľský subjekt ukončil svoju činnosť ku dňu 2.6.2012. Žalovaný poukázal na Nariadenie Rady (EHS) č. 1408/71 zo dňa 14.07.1971 o uplatňovaní systémov sociálneho zabezpečenia a jeho vykonávacie nariadenie Rady č.574/1972 z 21.3.1972. Tiež na nariadenie (ES) Európskeho parlamentu a Rady č. 883/2004 a č. 987/2009. Uviedol, že pravidlá určujúce uplatniteľnú legislatívu ustanovené v hlave II základného nariadenia majú zabezpečiť, aby sa na zamestnanca a SZČO nevzťahovali legislatívy dvoch alebo viacerých členských štátov. Pri určení uplatniteľnej legislatívy nie je rozhodujúci len status osoby ako zamestnanca, resp. SZČO, ale aj výkon činnosti. Preto je potrebné skúmať aj reálny výkon činnosti za účelom zamedzenia manipulácii s uplatniteľnými právnymi predpismi a ich zneužívania v tejto oblasti. Pojem reálneho výkonu činnosti je zadefinovaný v pravidlách určujúcich uplatniteľnú legislatívu. Žalovanému bola doručená informácia z poľskej inštitúcie ZUS Varšava, že v posledných rokoch vznikli firmy, ktoré sprostredkúvajú pre poľských SZČO zamestnanie na úväzok v iných členských štátoch, pričom v mnohých prípadoch cieľom tejto činnosti nie je výkon zamestnania na pracovnú zmluvu, ale vyhýbanie sa plateniu odvodov na sociálne zabezpečenie ZUS y podnikateľskej činnosti, ktorú vykonávajú v Poľsku. Poukázal na to,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Na základe výsledkov kontroly nebolo preukázané, že žalobca vykonáva činnosť ako zamestnanec na území SR, nemôže byť preto na území SR ani podľa jedného z uvádzaných článkov základného nariadenia - čl. 11(3) a čl. 13(1) a čl. 13(3) poistený, čoho dôsledkom je, že sa na neho nevzťahujú slovenské právne predpisy sociálneho zabezpečenia. Poukázal na list poľskej inštitúcie ZUS z 10.10.2013, žalovaný akceptoval dňa 10.12.2013 návrh poľskej inštitúcie ZUS na uzatvorenie spoločnej dohody medzi žalovaným a poľskou ZUS v súlade s čl. 16(4) nariadenia Európskeho parlamentu a Rady č. 987/2009, podľa ktorého aj žalobcovi bolo určené poľské zákonodarstvo, ktoré má konečnú platnosť.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zrušiť a zohľadniť predpisy Spoločenstva o koordinácii systémov sociálneho zabezpečenia. Súhlasil s konaním v jeho neprítomnosti a žiadal priznať náklady konania. Ďalej v dôvodoch žaloby uviedol, že vedie podnikateľskú činnosť na vlastný účet, z ktorej platil príspevky v prospech dôchodkového orgánu. Dňa 1.10.2010 uzavrel dodatočne zmluvu s firmou Grzegors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štvrťročnú správu o vykonaní prác, registračný list FO, výpis z účtu v banke. Žalovaný vo vyjadrení k žalobe zo dňa 11.8.2014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Z obsahu súdneho spisu súd zistil, že zamestnávateľovi žalobcu - Gregors Jan Maliński - GM CONZULTING, s miestom podnikania Buková 22 (do 24.11.2011), následne Palárikova 76, Čadca, IČO: 45 506 108 (ďalej len „zamestnávateľ žalobcu“) dňom 02.06.2012 zaniklo živnostenské oprávnenie v celom rozsahu, tak ako vyplýva z výpisu zo živnostenského registra vedeného Okresným úradom Čadca, odbor živnostenského podnikania, živnostenský register č. 250-29211 zo dňa 23.09.2014. Zánikom živnostenského oprávnenia zamestnávateľ žalobcu stratil status zamestnávateľa vymedzený v § 7 zákona č. 461/2003 Z.z., v dôsledku čoho už nemôže realizovať povinnosti, ktoré by ako zamestnávateľ žalobcu mal v súvislosti s účasťou žalobcu na nemocenskom poistení, dôchodkovom poistení a poistení v nezamestnanosti, aj za obdobie keď zamestnanecký pomer u žalobcu podľa predloženej pracovnej zmluvy mal trvať. Z tohto dôvodu nebolo dôvodné za účastníka konania pribrať označený subjekt, nakoľko len na existujúceho zamestnávateľa žalobcu by sa mohli vzťahovať povinnosti, ktoré každý zamestnávateľ v súvislosti s účasťou svojho zamestnanca na nemocenskom poistení, dôchodkovom poistení a poistení v nezamestnanosti má a v čase trvania pracovného pomeru mal. Z tohto dôvodu krajský súd s označeným subjektom, ktorý stratil status zamestnávateľa, nekonal, i keď s ním správne orgány ako s účastníkom správneho konania konali, nakoľko prípadným zrušením rozhodnutia žalovaného by práva a povinnosti tohto subjektu nemohli byť dotknuté, nakoľko tento subjekt už nemá práva ani povinnosti zamestnávateľa, vo vzťahu k zamestnancovi - žalobcovi. Pokiaľ existovali práva a povinnosti v súvislosti s účasťou žalobcu na poistení, tieto práva a povinnosti, dňom zániku živnostenského oprávnenia (dňom 02.06.2012), zanikli. Podanie žalobcu označené akom Procesný list doručené súdu dňa 3.12.2014, v ktorom žalobca rozširuje svoje žalobné dôvody, už súd nemôže vyhodnocovať, nakoľko toto podanie je podané celkom zjavne po lehote stanovenej v § 250h ods. 1 O.s.p. resp. § 250b ods. 1 O.s.p.. Krajský súd v Žiline vo veci nariadil pojednávanie, na ktoré sa ospravedlnili žalobca a aj žalovaný ( č.l. 49 a 54 súdneho spisu ). Súd vec prejednal aj v neprítomnosti žalobcu a žalovaného s poukazom na § 250g ods. 2 O.s.p.. Krajský súd v Žiline preskúmal napadnuté rozhodnutie žalovaného a po vykonanom dokazovaní dospel k záveru, že žaloba nie je dôvodná,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Podľa § 6 ods. 1 zákona č. 461/2003 Z.z. v znení neskorších predpisov, poistenec podľa tohto zákona je fyzická osoba, ktorá je nemocensky poistená, dôchodkovo poistená alebo poistená v nezamestnanosti podľa tohto zákona.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Grzegors Jan Maliński - GM CONZULTING, s miestom podnikania Buková 22 (ďalej len „zamestnávateľ“, „označený zamestnávateľ“), ktorého miesto podnikania bolo na území SR.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Krajský súd z obsahu pripojeného administratívneho spisu zistil, že kontrolu, ktorú vykonávali v správnom konaní správne orgány a je obsiahnutá v správe o vykonaní kontroly zo 14.07.2011 bolo zistené, že podľa tvrdenia p. U. C.,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Žalobca v rámci správneho konania (aj v konaní pred súdom) predložil ako listinné dôkazy preukazujúce výkon prác - štvrťročnú správu o vykonaných prácach, v ktorej absentuje konkrétnejšie miesto vykonania prác, okrem označenia Bratislava, ako aj rozsah prác, ktoré mali v uvedených firmách, ktorých vizitky sú súčasťou fotokópií štvrťročných správ, realizovať. Žalobca dôkazy, ktoré predložil súdu spolu so žalobou na č.l. 17 až 30 spisu bližšie neoznačil, k preukázaniu akých skutočností tieto majú slúžiť. Ani z týchto listinných dôkazov, podľa názoru krajského súdu, žalobca nepreukázal konkrétne vykonávanie prác, jednak v súlade s inštrukciami vykonávania prác, a na základe ktorej mal podľa zamestnávateľa vykonať práce promotéra internetových školení, prezentácia školení podnikateľov cestou propagácie - roznášanie letákov, a to odovzdaním letáku, potvrdenie tohto úkonu slovenským podnikateľom. Naviac, rozsah inštrukcie vykonávania prác, ktorými žalobca preukazoval práce, ktoré pre označeného zamestnávateľa vykonával, nie sú prácami, ktoré podľa tvrdenia U. C., obsiahnutého v správe o vykonaní kontroly, sa týkali činnosti, ktorú mali zamestnanci označeného zamestnávateľa vrátane žalobcu vykonávať, teda nejednalo sa o internetové školenia, a nepreukazujú ani realizáciu pracovnej náplne, ktorá je obsiahnutá v pracovnej zmluve, ktorú žalobca s označeným zamestnávateľom dňa 1.10.2010 uzavrel, ktorej pracovnou náplňou bolo vykonávanie práce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a aj v správnom konaní nepreukazujú skutočnosť, že by reálne, v súlade s dohodnutými pracovnými podmienkami, pre označeného zamestnávateľa od 1.10.2010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Grzegors Jan Maliński. Podanie a registrácia prihlášky však nie je dôkazom o skutočnom (reálnom) vzniku pracovného pomeru žalobcu u zamestnávateľa.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Žalobca v správnom konaní, ani dôkazmi, ktoré pripojil k podanej žalobe nepreukázal, že od uzavretia pracovnej zmluvy dňa 1.10.2010 vykonával u označeného zamestnávateľa konkrétny dojednaný druh práce - promotéra internetových školení. Neuviedol skutkové tvrdenia a relevantné dôkazy, ktorými by skutočný rozsah konkrétnych prác za konkrétne obdobie od 1.10.2010, preukázal. Preto krajský súd konštatuje, že žalobca v konaní bol povinný uniesť bremeno tvrdení a dôkazné bremeno a bol spôsobilý vymedzením skutkových tvrdení a dôkazmi preukázať, aký konkrétny rozsah prác od 1.10.2010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https://www.kauzis.sk/judikatura/r/ECLI:SK:KSZA:2015:5014200529.1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