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Žilina sp. zn. 21S/169/2014 z 24. 3. 2015</w:t>
      </w:r>
    </w:p>
    <w:p>
      <w:r>
        <w:t>Rozsudok Krajského súdu Žilina z 24. marca 2015, sp. zn. 21S/169/2014, ECLI:SK:KSZA:2015:5014201094.2</w:t>
      </w:r>
    </w:p>
    <w:p>
      <w:r>
        <w:t>Súd: Krajský súd Žilina</w:t>
      </w:r>
    </w:p>
    <w:p>
      <w:r>
        <w:t>Spisová značka: 21S/169/2014</w:t>
      </w:r>
    </w:p>
    <w:p>
      <w:r>
        <w:t>ECLI: ECLI:SK:KSZA:2015:5014201094.2</w:t>
      </w:r>
    </w:p>
    <w:p>
      <w:r>
        <w:t>Dátum vydania: 24. 3.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130141</w:t>
      </w:r>
    </w:p>
    <w:p/>
    <w:p>
      <w:r>
        <w:t>Zdroj: KAUZIS.SK – https://www.kauzis.sk/judikatura/r/ECLI:SK:KSZA:2015:5014201094.2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