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25Sd/282/2014 z 11. 2. 2015</w:t>
      </w:r>
    </w:p>
    <w:p>
      <w:r>
        <w:t>Rozsudok Krajského súdu Žilina z 11. februára 2015, sp. zn. 25Sd/282/2014, ECLI:SK:KSZA:2015:5014201143.2</w:t>
      </w:r>
    </w:p>
    <w:p>
      <w:r>
        <w:t>Súd: Krajský súd Žilina</w:t>
      </w:r>
    </w:p>
    <w:p>
      <w:r>
        <w:t>Spisová značka: 25Sd/282/2014</w:t>
      </w:r>
    </w:p>
    <w:p>
      <w:r>
        <w:t>ECLI: ECLI:SK:KSZA:2015:5014201143.2</w:t>
      </w:r>
    </w:p>
    <w:p>
      <w:r>
        <w:t>Dátum vydania: 11. 2. 2015</w:t>
      </w:r>
    </w:p>
    <w:p>
      <w:r>
        <w:t>Forma: Rozsudok</w:t>
      </w:r>
    </w:p>
    <w:p>
      <w:r>
        <w:t>Oblasť práva: Správne právo</w:t>
      </w:r>
    </w:p>
    <w:p>
      <w:pPr>
        <w:pStyle w:val="Heading2"/>
      </w:pPr>
      <w:r>
        <w:t>Text rozhodnutia</w:t>
      </w:r>
    </w:p>
    <w:p>
      <w:r>
        <w:t>Súd: Krajský súd Žilina Spisová značka: 25Sd/282/2014 Identifikačné číslo súdneho spisu: 5014201143 Dátum vydania rozhodnutia: 12. 02. 2015 Meno a priezvisko sudcu, VSÚ: Mgr. Nora Tomková ECLI: ECLI:SK:KSZA:2015:5014201143.2 ROZSUDOK V MENE SLOVENSKEJ REPUBLIKY Krajský súd v Žiline, v konaní vedenom pred samosudkyňou Mgr. Norou Tomkovou, v právnej veci navrhovateľa: Q. K., nar. X. XX. XXXX, r. č.: XXXXXX/XXXX, bytom E.. XXX, proti odporkyni: Sociálna poisťovňa, ústredie, so sídlom Ul. 29. augusta č. 8, 813 63 Bratislava, o invalidný dôchodok, takto r o z h o d o l : Rozhodnutie odporkyne č. XXX XXX XXXX X zo dňa 7. júla 2014 p o t v r d z u j e . Navrhovateľovi náhradu trov konania n e p r i z n á v a . o d ô v o d n e n i e : Odporkyňa napadnutým rozhodnutím č. XXX XXX XXXX X zo dňa 7. júla 2014 podľa § 70 ods. 1 a § 82 Zákona o sociálnom poistení v znení neskorších predpisov priznala od 17. júna 2014 invalidný dôchodok v sume 87,70 € mesačne. Proti rozhodnutiu odporkyne podal navrhovateľ včas opravný prostriedok, v ktorom namietal svoj nepriaznivý zdravotný stav. Na základe podaného opravného prostriedku bol zdravotný stav navrhovateľa opätovne posúdený posudkovým lekárom sociálneho poistenia odporkyne, pobočky Čadca dňa 26. augusta 2014 a posudkovým lekárom sociálneho poistenia odporkyne, ústredie dňa 6. októbra 2014. Posudkoví lekári sociálneho poistenia zotrvali na pôvodnom posudku, že navrhovateľ je od 17. júna 2014 invalidný podľa § 71 ods. 1 Zákona o sociálnom poistení s mierou poklesu schopnosti vykonávať zárobkovú činnosť 45 % v porovnaní so zdravou fyzickou osobou. Druhostupňový posudkový lekár sociálneho poistenia MUDr. N. v lekárskej správe zo dňa 6. októbra 2014 uviedol: V odvolacom konaní sme sa oboznámili s celou doručenou zdravotnou dokumentáciou, so všetkými predloženými odbornými nálezmi, vykonali sme vlastné vyšetrenie. Navrhovateľ po operácii driekovej chrbtice v 05/2014, t. č. pretrváva stredne narušená statodynamika osového aparátu, koreňová symptomatológia vľavo ustúpila, t. č. poruchy citlivosti v dermatóme L5 vpravo, bez narušenia motoriky na končatinách. Chôdza je bez paretickej symptomatológie, nie sú prítomné hypotrofie ani hypotónie svalstva, ani poruchy sfinkterov, preto ochorenie zaraďujeme do kap. XV., E, 4. b) s MPSVZČ na hornej hranici, t. j. 45%. Vysoký krvný tlak je pri liečbe stabilizovaný v hraničnom pásme, posudkovo nevýznamný. Hepatopátia je bez poruchy výživy, tiež nemá vplyv na schopnosť zárobkovej činnosti. Miera poklesu schopnosti vykonávať zárobkovú činnosť je naďalej 45% (M51/Kapitola XV., oddiel E, položka 4, písm. b). Navrhovateľ sa stanoveného termínu pojednávania nezúčastnil, doručenie predvolania mal riadne vykázané, svoju neprítomnosť žiadnym spôsobom neospravedlnil, preto súd vec prejednal a rozhodol aj v neprítomnosti navrhovateľa v súlade s ust. § 250g ods. 2 O.s.p.. Zástupkyňa odporkyne prítomná na pojednávaní poukázala na zhodné posudkové závery prvostupňového a druhostupňového posudkového lekára, ako aj na písomné vyjadrenie vo veci zo dňa 28. 10. 2014 a vzhľadom k tomu žiadala, aby krajský súd napadnuté rozhodnutie odporkyne zo dňa 7. júla 2014 potvrdil ako vecne správne. Krajský súd preskúmal napadnuté rozhodnutie odporkyne, i konanie, ktoré mu predchádzalo (§ 250l a nasl. O.s.p.) a dospel k záveru, že opravný prostriedok navrhovateľa nie je dôvodný. Navrhovateľ v súdnom konaní nepredložil novšie odborné lekárske nálezy, ktoré by neboli zohľadnené posudkovými lekármi, konštatujúce prípadne iné diagnostické závery ako boli zistené v správnom konaní, a ktoré by predstavovali dôkazy nasvedčujúce možnej existencii novej skutočnosti, ktorou by sa posudkoví lekári sociálneho poistenia mohli zaoberať, resp. ktoré by nasvedčovali inému rozsahu zdravotného poškodenia u navrhovateľa ako bol v čase rozhodovania odporkyne ustálený, alebo by inak prijatý záver spochybňovali. Na základe uvedeného dospel súd k záveru, že rozhodnutie odporkyne zo dňa 7. júla 2014 je vydané v súlade so zákonom, o zákonnosti postupu odporkyne nemal pochybnosti, preto napadnuté rozhodnutie odporkyne ako zákonné potvrdil v súlade s ust. § 250q ods. 2 O.s.p.. Uznaná miera poklesu schopnosti navrhovateľa vykonávať zárobkovú činnosť bola určená mierou zodpovedajúcou zákonu v čase rozhodovania odporkyne (ako aj v čase posúdenia invalidity navrhovateľa druhostupňovým posudkovým lekárom sociálneho poistenia). V prípade, ak by v budúcnosti došlo k zmene zdravotného stavu navrhovateľa v dôsledku zhoršenia ochorení, môže tento opätovne požiadať o preskúmanie miery poklesu schopnosti alebo zmenu rozhodujúceho postihnutia a stanovenie miery poklesu schopnosti vykonávať zárobkovú činnosť. Odporkyňa v tomto konaní nemá nárok na náhradu trov a podľa výsledku konania navrhovateľovi právo na náhradu trov nevzniklo, preto súd o trovách konania rozhodol tak, ako je uvedené vo výrokovej časti tohto rozhodnutia (navrhovateľovi náhradu trov konania nepriznáva) v súlade s ust. § 250k ods. 1 O.s.p. v spojení s ust. § 250l ods. 2 O.s.p.. Poučenie: Proti tomuto rozsudku je prípustné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https://www.kauzis.sk/judikatura/r/ECLI:SK:KSZA:2015:5014201143.2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