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25Sd/286/2014 z 4. 2. 2015</w:t>
      </w:r>
    </w:p>
    <w:p>
      <w:r>
        <w:t>Uznesenie Krajského súdu Žilina z 4. februára 2015, sp. zn. 25Sd/286/2014, ECLI:SK:KSZA:2015:5014201149.2</w:t>
      </w:r>
    </w:p>
    <w:p>
      <w:r>
        <w:t>Súd: Krajský súd Žilina</w:t>
      </w:r>
    </w:p>
    <w:p>
      <w:r>
        <w:t>Spisová značka: 25Sd/286/2014</w:t>
      </w:r>
    </w:p>
    <w:p>
      <w:r>
        <w:t>ECLI: ECLI:SK:KSZA:2015:5014201149.2</w:t>
      </w:r>
    </w:p>
    <w:p>
      <w:r>
        <w:t>Dátum vydania: 4. 2. 2015</w:t>
      </w:r>
    </w:p>
    <w:p>
      <w:r>
        <w:t>Forma: Uznesenie</w:t>
      </w:r>
    </w:p>
    <w:p>
      <w:pPr>
        <w:pStyle w:val="Heading2"/>
      </w:pPr>
      <w:r>
        <w:t>Text rozhodnutia</w:t>
      </w:r>
    </w:p>
    <w:p>
      <w:r>
        <w:t>Súd: Krajský súd Žilina Spisová značka: 25Sd/286/2014 Identifikačné číslo súdneho spisu: 5014201149 Dátum vydania rozhodnutia: 05. 02. 2015 Meno a priezvisko sudcu, VSÚ: Mgr. Nora Tomková ECLI: ECLI:SK:KSZA:2015:5014201149.2 Uznesenie Krajský súd v Žiline, v právnej veci navrhovateľa: D. A., nar. X. X. XXXX, r. č.: XXXXXX/XXXX, bytom E., X. XX, proti odporcovi: Sociálna poisťovňa, ústredie, so sídlom Ul. 29. augusta č. 8, 813 63 Bratislava, o invalidný dôchodok, takto r o z h o d o l : Súd konanie z a s t a v u j e . Odporkyni náhradu trov konania n e p r i z n á v a . o d ô v o d n e n i e : Odporkyňa napadnutým rozhodnutím č. XXX XXX XXXX X zo dňa 1. júla 2014 podľa § 70 a § 71 Zákona o sociálnom poistení v znení neskorších predpisov zamietla žiadosť navrhovateľa o invalidný dôchodok zo dňa 12. júna 2014. Proti rozhodnutiu odporkyne podal navrhovateľ včas opravný prostriedok, v ktorom namietal posúdenie invalidity a poukázal na svoj nepriaznivý zdravotný stav. V priebehu konania odporkyňa rozhodnutím č. XXX XXX XXXX X zo dňa 29. 10. 2014 podľa § 112 Zákona o sociálnom poistení zrušila napadnuté rozhodnutie odporkyne zo dňa 1. júla 2014 o zamietnutí žiadosti o priznanie invalidného dôchodku a súčasne vyhovela opravnému prostriedku navrhovateľa. Následne rozhodnutím č. XXX XXX XXXX X zo dňa 28. októbra 2014 odporkyňa podľa § 70 ods. 1 Zákona o sociálnom poistení v znení neskorších predpisov zamietla žiadosť navrhovateľa o invalidný dôchodok. Za invalidného bol navrhovateľ uznaný z dôvodu, že má pokles schopnosti vykonávať zárobkovú činnosť o 65 % v porovnaní so zdravou fyzickou osobou. Navrhovateľ však ku dňu vzniku invalidity získal len 14 rokov a 179 dní obdobia dôchodkového poistenia, čím nesplnil podmienku potrebného počtu rokov obdobia dôchodkového poistenia na vznik nároku na invalidný dôchodok. Dňa 4. februára 2015 bolo súdu doručené podanie od navrhovateľa - súhlas s novým rozhodnutím Sociálnej poisťovne a žiadosť o zastavenie konania. S poukazom na dispozitívny úkon navrhovateľa súd konanie zastavil v súlade s ust. § 250d ods. 3 O.s.p. v spojení s ust. § 250h ods. 2 O.s.p.. O trovách konania súd rozhodol primerane podľa ust. § 250h ods. 2 O.s.p. v spojení s ust. § 250l ods. 2 O.s.p., podľa ktorého, až do rozhodnutia súdu môže žalobca vziať žalobu späť; ak žalovanému medzitým vznikli trovy konania, rozhodne súd o ich náhrade. V predmetnom konaní žalovanému správnemu orgánu trovy konania nevznikli, tieto si ani neuplatnil, preto o ich náhrade súd rozhodol tak, ako je uvedené vo výrokovej časti tohto rozhodnutia (odporkyni náhradu trov konania nepriznáva). Poučenie: Proti tomuto uzneseniu j e p r í p u s t n é odvolanie do 15 dní odo dňa jeho doručenia prostredníctvom Krajského súdu v Žiline na Najvyšší súd Slovenskej republiky v Bratislave, písomne v 3 vyhotoveniach. V odvolaní sa ma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 205 ods. 3 O.s.p.).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w:t>
      </w:r>
    </w:p>
    <w:p/>
    <w:p>
      <w:r>
        <w:t>Zdroj: KAUZIS.SK – https://www.kauzis.sk/judikatura/r/ECLI:SK:KSZA:2015:5014201149.2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