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25Sd/287/2014 z 25. 3. 2015</w:t>
      </w:r>
    </w:p>
    <w:p>
      <w:r>
        <w:t>Uznesenie Krajského súdu Žilina z 25. marca 2015, sp. zn. 25Sd/287/2014, ECLI:SK:KSZA:2015:5014201151.2</w:t>
      </w:r>
    </w:p>
    <w:p>
      <w:r>
        <w:t>Súd: Krajský súd Žilina</w:t>
      </w:r>
    </w:p>
    <w:p>
      <w:r>
        <w:t>Spisová značka: 25Sd/287/2014</w:t>
      </w:r>
    </w:p>
    <w:p>
      <w:r>
        <w:t>ECLI: ECLI:SK:KSZA:2015:5014201151.2</w:t>
      </w:r>
    </w:p>
    <w:p>
      <w:r>
        <w:t>Dátum vydania: 25. 3. 2015</w:t>
      </w:r>
    </w:p>
    <w:p>
      <w:r>
        <w:t>Forma: Uznesenie</w:t>
      </w:r>
    </w:p>
    <w:p>
      <w:pPr>
        <w:pStyle w:val="Heading2"/>
      </w:pPr>
      <w:r>
        <w:t>Text rozhodnutia</w:t>
      </w:r>
    </w:p>
    <w:p>
      <w:r>
        <w:t>Súd: Krajský súd Žilina Spisová značka: 25Sd/287/2014 Identifikačné číslo súdneho spisu: 5014201151 Dátum vydania rozhodnutia: 26. 03. 2015 Meno a priezvisko sudcu, VSÚ: Mgr. Nora Tomková ECLI: ECLI:SK:KSZA:2015:5014201151.2 Uznesenie Krajský súd v Žiline, v právnej veci navrhovateľky: M. T., nar. XX. X. XXXX, r. č.: XXXXXX/XXXX, bytom K., Y. XXXX/X, proti odporkyni: Sociálna poisťovňa, ústredie, so sídlom Ul. 29. augusta č. 8, 813 63 Bratislava, o invalidný dôchodok, takto r o z h o d o l : Súd konanie z a s t a v u j e . Odporkyni náhradu trov konania n e p r i z n á v a . o d ô v o d n e n i e : Odporkyňa napadnutým rozhodnutím č. XXX XXX XXXX X zo dňa 12. septembra 2014 podľa § 70 ods. 1 a § 71 ods. 1 Zákona o sociálnom poistení v znení neskorších predpisov zamietla žiadosť navrhovateľky o invalidný dôchodok zo dňa 19. augusta 2014. Proti rozhodnutiu odporkyne podala navrhovateľka včas opravný prostriedok, v ktorom namietala nepriaznivý zdravotný stav. Na základe podaného opravného prostriedku bol zdravotný stav navrhovateľky opätovne posúdený posudkovým lekárom sociálneho poistenia odporkyne, pobočky Žilina dňa 25. novembra 2014. Podľa posudku posudkového lekára sociálneho poistenia odporkyne, pobočky Žilina zo dňa 25. novembra 2014 je navrhovateľka od 26. septembra 2014 invalidná podľa § 71 ods. 1 Zákona o sociálnom poistení s mierou poklesu schopnosti vykonávať zárobkovú činnosť 45 % v porovnaní so zdravou fyzickou osobou. V dôsledku zmeny v posudkových záveroch bol opätovne posúdený nárok navrhovateľky na invalidný dôchodok, a to rozhodnutím č. XXX XXX XXXX X - II. zo dňa 19. januára 2015, ktorým bolo v súlade s § 112 ods. 1 Zákona o sociálnom poistení v rámci autoremedúry zrušené napadnuté rozhodnutie odporkyne zo dňa 12. septembra 2014. Rozhodnutím č. XXX XXX XXXX X - I. zo dňa 19. januára 2015 priznala odporkyňa navrhovateľke podľa § 70 ods. 1 a § 82 Zákona o sociálnom poistení v znení neskorších predpisov invalidný dôchodok od 26. septembra 2014 v sume 130,- € mesačne. Na pojednávaní konanom dňa 22. januára 2015 vyslovila navrhovateľka súhlas s priznaním invalidného dôchodku, namietala však dátum vzniku invalidity od 26. septembra 2014. Podľa jej názoru jej mala byť invalidita priznaná oveľa skôr, od skončenia vyplácania nemocenských dávok, teda od 17. 8. 2014. Druhostupňový posudkový lekár sociálneho poistenia MUDr. X. v lekárskej správe zo dňa 6. februára 2015 uviedol: Na žiadosť Krajského súdu v Žiline zo dňa 27. 1. 2015 sme sa opätovne oboznámili s celou posudkovou spisovou dokumentáciou, so všetkými odbornými lekárskymi nálezmi, z ktorých vyplýva, že pri neurologickom vyšetrení dňa 26. 9. 2014 došlo ku klinickému zhoršeniu stavu s prejavmi koreňovej symptomatológie iritačne zánikovej L5/S1. Predchádzajúce neurologické vyšetrenia konštatovali len lumbalgiu (čo je bolesť v driekovej oblasti), bez prítomnosti koreňovej symptomatológie. Z toho dôvodu je zvýšené MPSVZČ v rámci rozpätia na hornú hranicu, t. j. 35 % - od 26. 9. 2014. Dátum vzniku invalidity naďalej od 26. 9. 2014 s celkovou MPSVZČ 45 %. Na pojednávaní konanom dňa 26. marca 2015 navrhovateľka vzhľadom na posledný záver druhostupňového posudkového lekára zobrala opravný prostriedok späť a súhlasila s tým, aby súd konanie vo veci zastavil. Má naplánované MR vyšetrenie chrbtice a následne zváži, či podstúpi operáciu, takže na základe týchto informácii, ako aj ďalších vyšetrení bude zvažovať podanie žiadosti o zvýšenie invalidného dôchodku. S poukazom na dispozitívny úkon navrhovateľky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tieto si ani neuplatnil, preto o ich náhrade súd rozhodol tak, ako je uvedené vo výrokovej časti tohto rozhodnutia (odporkyni náhradu trov konania nepriznáva). Poučenie: Proti tomuto uzneseniu j e p r í p u s t n é odvolanie do 15 dní odo dňa jeho doručenia prostredníctvom Krajského súdu v Žiline na Najvyšší súd Slovenskej republiky v Bratislave, písomne v 3 vyhotoveniach. Vzhľadom k tomu, že sa účastníci konania vzdali práva podať odvolanie proti vyhlásenému rozhodnutiu, toto nadobudne právoplatnosť dňom doručenia poslednému z nich.</w:t>
      </w:r>
    </w:p>
    <w:p/>
    <w:p>
      <w:r>
        <w:t>Zdroj: KAUZIS.SK – https://www.kauzis.sk/judikatura/r/ECLI:SK:KSZA:2015:5014201151.2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