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24Sd/281/2014 z 1. 2. 2015</w:t>
      </w:r>
    </w:p>
    <w:p>
      <w:r>
        <w:t>Uznesenie Krajského súdu Žilina z 1. februára 2015, sp. zn. 24Sd/281/2014, ECLI:SK:KSZA:2015:5014201218.1</w:t>
      </w:r>
    </w:p>
    <w:p>
      <w:r>
        <w:t>Súd: Krajský súd Žilina</w:t>
      </w:r>
    </w:p>
    <w:p>
      <w:r>
        <w:t>Spisová značka: 24Sd/281/2014</w:t>
      </w:r>
    </w:p>
    <w:p>
      <w:r>
        <w:t>ECLI: ECLI:SK:KSZA:2015:5014201218.1</w:t>
      </w:r>
    </w:p>
    <w:p>
      <w:r>
        <w:t>Dátum vydania: 1.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24Sd/281/2014 Identifikačné číslo súdneho spisu: 5014201218 Dátum vydania rozhodnutia: 02. 02. 2015 Meno a priezvisko sudcu, VSÚ: JUDr. Zuzana Jančárová ECLI: ECLI:SK:KSZA:2015:5014201218.1 Uznesenie Krajský súd v Žiline, v právnej veci navrhovateľky: P. J., nar. XX.XX.XXXX, r. č.: XXXXXX/XXXX, bytom F. č. XXXX/XX, XXX XX N., proti odporkyni: Sociálna poisťovňa, ústredie, so sídlom Ul. 29. augusta č. 8, 813 63 Bratislava, o invalidný dôchodok, o opravnom prostriedku podanom navrhovateľkou proti rozhodnutiu odporkyne č. XXX XXX XXXX X zo dňa 04.04.2014 a č. XXX XXX XXXX X zo dňa 13.11.2014, takto r o z h o d o l : Súd konanie z a s t a v u j e . Navrhovateľke náhradu trov konania n e p r i z n á v a . o d ô v o d n e n i e : Napadnutým rozhodnutím č. XXX XXX XXXX X zo dňa 04.04.2014 odporkyňa podľa § 70 zákona č. 461/2003 Z.z. o sociálnom poistení v znení neskorších predpisov zamietla žiadosť navrhovateľky o invalidný dôchodok zo dňa 12.02.2014. Proti tomuto rozhodnutiu podala navrhovateľka včas opravný prostriedok, v ktorom namietala nedostatočné posúdenie jej zdravotného stavu. Uvedený opravný prostriedok navrhovateľky bol dňa 11.02.2014 predložený odporkyňou Krajskému súdu v Žiline na rozhodnutie. Za účelom posúdenia invalidity navrhovateľky na základe konania o opravnom prostriedku bol jej zdravotný stav posúdený posudkovou lekárkou sociálneho poistenia Sociálnej poisťovne, ústredie, vysunuté pracovisko v Poprade Mgr. J.. J. X., ktorá v lekárskej správe - posudku zo dňa 21.10.2014 konštatovala, že navrhovateľka je invalidná podľa § 71 ods. 1 zákona č. 461/2003 Z.z. o sociálnom poistení, lebo pre dlhodobo nepriaznivý zdravotný stav má pokles schopnosti vykonávať zárobkovú činnosť o viac ako 40 % v porovnaní so zdravou fyzickou osobou. Miera poklesu schopnosti vykonávať zárobkovú činnosť v percentách: 45 %. Dátum vzniku invalidity: od 22.11.2013. Invalidita vznikla v dôsledku choroby. Napadnutým rozhodnutím č. XXX XXX XXXX X zo dňa 13.11.2014 odporkyňa podľa § 112 zákona č. 461/2003 Z.z. o sociálnom poistení v znení neskorších predpisov zrušila rozhodnutie č. 646 009 6511 0 zo dňa 04.04.2014 a súčasne vyhovela v celom rozsahu opravnému prostriedku navrhovateľky. Proti tomuto rozhodnutiu podala navrhovateľka opravný prostriedok, v ktorom namietala posúdenie jej zdravotného stavu. Odporkyňa rozhodnutím č. XXX XXX XXXX X zo dňa 12.11.2014 podľa § 70 ods. 1, § 82 a § 293ce zákona č. 461/2003 Z.z. o sociálnom poistení v znení neskorších predpisov priznala navrhovateľke od 22.11.2013 invalidný dôchodok 120,60 Eur mesačne, zvýšený od 01.01.2014 na 125,10 Eur mesačne. Na pojednávaní dňa 02.02.2015 navrhovateľka súdu oznámila, že po oboznámení sa s posudkovým záverom druhostupňovej posudkovej lekárky sociálneho poistenia Mgr. MUDr. J. X. zo dňa 21.10.2014 opravný prostriedok podaný proti napadnutému rozhodnutiu odporkyne č. XXX XXX XXXX X zo dňa 04.04.2014 ako opravný prostriedok podaný proti rozhodnutiu odporkyne č. XXX XXX XXXX X zo dňa 13.11.2014 berie v celom rozsahu späť a súhlasí so zastavením konania.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Piata časť Občianskeho súdneho poriadku v druhej ani tretej hlave neupravuje rozhodovanie súdu o náhrade trov konania navrhovateľa v prípade zastavenia konania pre späťvzatie žaloby (opravného prostriedku) podľa § 250d ods. 3 O.s.p. Pre taký prípad je potrebné postupovať podľa ust. § 246c ods. 1 veta prvá O.s.p. v spojení s ust. § 146 ods. 2 veta druhá O.s.p., v zmysle ktorého má navrhovateľka právo na náhradu trov konania v tom prípade, ak jej opravný prostriedok bol podaný dôvodne. V predmetnej veci bola zistená u navrhovateľky vyššia miera poklesu schopnosti vykonávať zárobkovú činnosť až v dôsledku podania opravného prostriedku navrhovateľkou. Odporkyňa nesie procesné zavinenie na zastavení konania, preto je povinná nahradiť navrhovateľke trovy, ktoré jej v súvislosti s týmto konaním vznikli. Z obsahu spisového materiálu však nevyplýva, že by navrhovateľke doposiaľ s týmto konaním nejaké trovy vznikli a zároveň ani samotná navrhovateľka nevzniesla procesný návrh na ich uplatnenie v zmysle ust. § 151 ods. 1 O.s.p., v dôsledku čoho súd navrhovateľke náhradu trov konania nepriznal.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 V Žiline, dňa 2. februára 2015 JUDr. Zuzana Jančárová samosudkyňa Za správnosť vyhotovenia: Miriama Talapková</w:t>
      </w:r>
    </w:p>
    <w:p/>
    <w:p>
      <w:r>
        <w:t>Zdroj: KAUZIS.SK – https://www.kauzis.sk/judikatura/r/ECLI:SK:KSZA:2015:5014201218.1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