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Žilina sp. zn. 21S/196/2014 z 10. 3. 2015</w:t>
      </w:r>
    </w:p>
    <w:p>
      <w:r>
        <w:t>Opravné uznesenie Krajského súdu Žilina z 10. marca 2015, sp. zn. 21S/196/2014, ECLI:SK:KSZA:2015:5014201263.2</w:t>
      </w:r>
    </w:p>
    <w:p>
      <w:r>
        <w:t>Súd: Krajský súd Žilina</w:t>
      </w:r>
    </w:p>
    <w:p>
      <w:r>
        <w:t>Spisová značka: 21S/196/2014</w:t>
      </w:r>
    </w:p>
    <w:p>
      <w:r>
        <w:t>ECLI: ECLI:SK:KSZA:2015:5014201263.2</w:t>
      </w:r>
    </w:p>
    <w:p>
      <w:r>
        <w:t>Dátum vydania: 10. 3.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Žilina Spisová značka: 21S/196/2014 Identifikačné číslo súdneho spisu: 5014201263 Dátum vydania rozhodnutia: 11. 03. 2015 Meno a priezvisko sudcu, VSÚ: JUDr. Veronika Poláčková ECLI: ECLI:SK:KSZA:2015:5014201263.2 Opravné uznesenie Krajský súd v Žiline, v právnej veci žalobcu: Služby Kysucký Lieskovec, s.r.o., so sídlom 023 34 Kysucký Lieskovec č. 33, IČO: 36 382 604, právne zastúpený: Advokátska kancelária JUDr. Stopka, JUDr. Blendovský, JUDr. Strapáč, PhD., s.r.o., so sídlom Potočná 2835/1A, 022 01 Čadca, proti žalovanému: Slovenská inšpekcia životného prostredia, ústredie - útvar integrovaného povoľovania a kontroly, so sídlom Jeséniova 17D, 831 01 Bratislava, o preskúmanie zákonnosti rozhodnutia a postupu žalovaného č. 3611-13114/27/2014/Šop zo dňa 28.04.2014, takto r o z h o d o l : Záhlavie uznesenia č. k. 21S/196/2014-33 zo dňa 04.02.2015 s a o p r a v u j e tak, že správne má znieť: „Krajský súd v Žiline, v právnej veci žalobcu: Služby Kysucký Lieskovec, s.r.o., so sídlom 023 34 Kysucký Lieskovec č. 33, IČO: 36 382 604, právne zastúpený: Advokátska kancelária JUDr. Stopka, JUDr. Blendovský, JUDr. Strapáč, PhD., s.r.o., so sídlom Potočná 2835/1A, 022 01 Čadca, proti žalovanému: Slovenská inšpekcia životného prostredia, ústredie - útvar integrovaného povoľovania a kontroly, so sídlom Jeséniova 17D, 831 01 Bratislava, o preskúmanie zákonnosti rozhodnutia a postupu žalovaného č. 3611-13114/27/2014/Šop zo dňa 28.04.2014, takto jednomyseľne“ o d ô v o d n e n i e : Uznesením č. k. 21S/196/2014-33 zo dňa 04.02.2015 súd konanie zastavil a zároveň rozhodol, že žiaden z účastníkov konania nemá právo na náhradu trov konania. Podľa § 246c ods. 1 veta prvá Občianskeho súdneho poriadku (ďalej len „O.s.p.“) pre riešenie otázok, ktoré nie sú priamo upravené v tejto časti, použijú sa primerane ustanovenia prvej, tretej a štvrtej časti tohto zákona. Podľa § 157 O.s.p. v písomnom vyhotovení rozsudku sa po slovách "V mene Slovenskej republiky" uvedie označenie súdu, mená a priezviská sudcov a prísediacich, presné označenie účastníkov a ich zástupcov, účasť prokurátora, označenie prejednávanej veci, znenie výroku, odôvodnenie, poučenie o lehote na podanie odvolania a náležitostiach odvolania podľa § 205 ods. 1 a 2, poučenie o možnosti výkonu rozhodnutia a deň a miesto vyhlásenia.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V zmysle § 157 ods. 1 O.s.p. v spojení s § 167 ods. 2 O.s.p. uznesenie musí okrem iného obsahovať presné označenie účastníkov a ich zástupcov. V písomnom vyhotovení uznesenia, vo záhlaví uznesenia, došlo k chybe v písaní. Súd nesprávne označil účastníkov konania a ich zástupcov. Pretože išlo o chybu v písaní, bolo nutné v zmysle § 164 O.s.p. v spojení s § 246c ods. 1 veta prvá O.s.p. vykonať opravu tak, ako je uvedené vo výroku tohto uznesenia. Poučenie: Proti tomuto uzneseniu možno podať odvolanie v lehote 15-tich dní odo dňa jeho doručenia na Najvyšší súd Slovenskej republiky v Bratislave prostredníctvom Krajského súdu v Žiline písomne v dvoch vyhotoveniach. Odvolanie musí spĺňať náležitosti podľa § 205 ods. 1 O.s.p.</w:t>
      </w:r>
    </w:p>
    <w:p/>
    <w:p>
      <w:r>
        <w:t>Zdroj: KAUZIS.SK – https://www.kauzis.sk/judikatura/r/ECLI:SK:KSZA:2015:5014201263.2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