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25Sd/351/2014 z 13. 4. 2015</w:t>
      </w:r>
    </w:p>
    <w:p>
      <w:r>
        <w:t>Uznesenie Krajského súdu Žilina z 13. apríla 2015, sp. zn. 25Sd/351/2014, ECLI:SK:KSZA:2015:5014201384.2</w:t>
      </w:r>
    </w:p>
    <w:p>
      <w:r>
        <w:t>Súd: Krajský súd Žilina</w:t>
      </w:r>
    </w:p>
    <w:p>
      <w:r>
        <w:t>Spisová značka: 25Sd/351/2014</w:t>
      </w:r>
    </w:p>
    <w:p>
      <w:r>
        <w:t>ECLI: ECLI:SK:KSZA:2015:5014201384.2</w:t>
      </w:r>
    </w:p>
    <w:p>
      <w:r>
        <w:t>Dátum vydania: 13. 4. 2015</w:t>
      </w:r>
    </w:p>
    <w:p>
      <w:r>
        <w:t>Forma: Uznesenie</w:t>
      </w:r>
    </w:p>
    <w:p>
      <w:pPr>
        <w:pStyle w:val="Heading2"/>
      </w:pPr>
      <w:r>
        <w:t>Text rozhodnutia</w:t>
      </w:r>
    </w:p>
    <w:p>
      <w:r>
        <w:t>Súd: Krajský súd Žilina Spisová značka: 25Sd/351/2014 Identifikačné číslo súdneho spisu: 5014201384 Dátum vydania rozhodnutia: 14. 04. 2015 Meno a priezvisko sudcu, VSÚ: Mgr. Nora Tomková ECLI: ECLI:SK:KSZA:2015:5014201384.2 Uznesenie Krajský súd v Žiline, v právnej veci navrhovateľa: T. I., nar. X. X. XXXX, r. č.: XXXXXX/XXXX, bytom T. R. C., U. XXX/XX, proti odporkyni: Sociálna poisťovňa, ústredie, so sídlom Ul. 29. augusta č. 8, 813 63 Bratislava, o invalidný dôchodok, takto r o z h o d o l : Súd konanie z a s t a v u j e . Navrhovateľovi náhradu trov konania n e p r i z n á v a . o d ô v o d n e n i e : Odporkyňa napadnutým rozhodnutím č. XXX XXX XXXX X zo dňa 11. novembra 2014 podľa § 70, § 112 ods. 2 a 6 Zákona o sociálnom poistení v znení neskorších predpisov odňala navrhovateľovi od 22. januára 2015 invalidný dôchodok. Proti rozhodnutiu odporkyne podal navrhovateľ včas opravný prostriedok, v ktorom namietal odňatie invalidného dôchodku. Na základe podaného opravného prostriedku bol zdravotný stav navrhovateľa opätovne posúdený posudkovým lekárom sociálneho poistenia odporkyne, pobočky Žilina dňa 11. februára 2015 a posudkovým lekárom sociálneho poistenia odporkyne, ústredie dňa 2. marca 2015. Podľa posudku posudkového lekára sociálneho poistenia odporkyne, ústredie Žilina zo dňa 2. marca 2015 je navrhovateľ od 3. novembra 2014 invalidný podľa § 71 ods. 1 Zákona o sociálnom poistení s mierou poklesu schopnosti vykonávať zárobkovú činnosť 45 % v porovnaní so zdravou fyzickou osobou. V dôsledku zmeny v posudkových záveroch bol opätovne posúdený nárok navrhovateľa na invalidný dôchodok, a to rozhodnutím č. XXX XXX XXXX X zo dňa 26. marca 2015, ktorým odporkyňa v súlade s ust. § 112 ods. 1 Zákona o sociálnom poistení v rámci autoremedúry zrušila napadnuté rozhodnutie zo dňa 11. novembra 2014 o odňatí invalidného dôchodku. Od 22. januára 2015 bola navrhovateľovi uvoľnená výplata invalidného dôchodku v sume 121,10 € mesačne. Podaním doručeným súdu dňa 13. apríla 2015 oznámil navrhovateľ, že po opätovnom posúdení a preskúmaní jeho zdravotného stavu odporkyňou zo dňa 2. marca 2015, bolo jeho odvolaniu v celom rozsahu vyhovené, berie opravný prostriedok späť a žiada súdne konanie zastaviť. S poukazom na dispozitívny úkon navrhovateľa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https://www.kauzis.sk/judikatura/r/ECLI:SK:KSZA:2015:5014201384.2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