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20S/33/2015 z 8. 3. 2015</w:t>
      </w:r>
    </w:p>
    <w:p>
      <w:r>
        <w:t>Uznesenie Krajského súdu Žilina z 8. marca 2015, sp. zn. 20S/33/2015, ECLI:SK:KSZA:2015:5015200112.2</w:t>
      </w:r>
    </w:p>
    <w:p>
      <w:r>
        <w:t>Súd: Krajský súd Žilina</w:t>
      </w:r>
    </w:p>
    <w:p>
      <w:r>
        <w:t>Spisová značka: 20S/33/2015</w:t>
      </w:r>
    </w:p>
    <w:p>
      <w:r>
        <w:t>ECLI: ECLI:SK:KSZA:2015:5015200112.2</w:t>
      </w:r>
    </w:p>
    <w:p>
      <w:r>
        <w:t>Dátum vydania: 8.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20S/33/2015 Identifikačné číslo súdneho spisu: 5015200112 Dátum vydania rozhodnutia: 09. 03. 2015 Meno a priezvisko sudcu, VSÚ: JUDr. Jana Martinčeková ECLI: ECLI:SK:KSZA:2015:5015200112.2 Uznesenie Krajský súd v Žiline v právnej veci žalobcu: IMI SPED, spol. s r.o., so sídlom Jánošíkova 21, 010 01 Žilina, IČO: 31 582 311, právne zastúpeného Mgr. Jánom Páchnikom, advokátom, so sídlom E. F.e XX/X, XXX XX W., proti žalovanému: Finančné riaditeľstvo SR, so sídlom Lazovná 63, 974 01 Banská Bystrica, v konaní o preskúmanie zákonnosti rozhodnutí žalovaného č. 1100308/1/345916/2014 zo dňa 1.8.2014, takto jednomyseľne r o z h o d o l : Uznesenie Krajského súdu v Žiline č. k. 20S/33/2015-28 zo dňa 16. februára 2015 zrušuje. o d ô v o d n e n i e : Žalobou zo dňa 13.10.2014, podanou Krajskému súdu v Žiline osobne dňa 14.10.2014, sa žalobca prostredníctvom právneho zástupcu domáhal preskúmania zákonnosti rozhodnutia žalovaného č. 1100308/1/345916/2014 zo dňa 01.08.2014, ktorým žalovaný potvrdil rozhodnutie Daňového úradu Žilina č. 9500302/5/665408/2013 zo dňa 19.02.2013 o vyrubení žalobcovi úroku z omeškania v sume 217,80 Eur za nezaplatenie preddavkov na dani z motorových vozidiel na zdaňovacie obdobie november 2010 v ustanovenej lehote do 30.11.2010 v ustanovenej výške 8 550,96 Eur. Krajský súd v Žiline uznesením č. k. 20S/33/2015-28 zo dňa 16. februára 2015 konanie zastavil, pri aplikácii § 10 ods. 1 zák. č. 71/1992 Zb. o súdnych poplatkoch a poplatku za výpis z registra trestov (ďalej len „zák. č. 71/1992 Zb.“). Uznesenie bolo právnemu zástupcovi žalobcu doručené dňa 23.02.2015. Žalobca v lehote na podanie odvolania súdny poplatok za žalobu vo výške 70,- Eur zaplatil, na účet Krajského súdu v Žiline dňa 05.03.2015, ktorú skutočnosť mal súd preukázanú zo záznamu o zložení zo dňa 06.03.2015 (č. l. 30 spisu). Podľa § 10 ods. 3 veta prvá zák. č. 71/1992 Zb. prvostupňový súd zruší uznesenie o zastavení konania pre nezaplatenie súdneho poplatku, ak poplatník zaplatí súdny poplatok do konca lehoty na podanie odvolania. Súd pri aplikácii vyššie citovaného zákonného ustanovenia uznesenie o zastavení konania pre nezaplatenie súdneho poplatku zrušil. Poučenie: Proti tomuto uzneseniu j e p r í p u s t n é odvolanie do 15 dní odo dňa jeho doručenia písomne dvojmo prostredníctvom Krajského súdu v Žiline na Najvyšší súd Slovenskej republiky v Bratislave.</w:t>
      </w:r>
    </w:p>
    <w:p/>
    <w:p>
      <w:r>
        <w:t>Zdroj: KAUZIS.SK – https://www.kauzis.sk/judikatura/r/ECLI:SK:KSZA:2015:5015200112.2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