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24Sd/103/2015 z 29. 6. 2015</w:t>
      </w:r>
    </w:p>
    <w:p>
      <w:r>
        <w:t>Uznesenie Krajského súdu Žilina z 29. júna 2015, sp. zn. 24Sd/103/2015, ECLI:SK:KSZA:2015:5015200455.2</w:t>
      </w:r>
    </w:p>
    <w:p>
      <w:r>
        <w:t>Súd: Krajský súd Žilina</w:t>
      </w:r>
    </w:p>
    <w:p>
      <w:r>
        <w:t>Spisová značka: 24Sd/103/2015</w:t>
      </w:r>
    </w:p>
    <w:p>
      <w:r>
        <w:t>ECLI: ECLI:SK:KSZA:2015:5015200455.2</w:t>
      </w:r>
    </w:p>
    <w:p>
      <w:r>
        <w:t>Dátum vydania: 29. 6. 2015</w:t>
      </w:r>
    </w:p>
    <w:p>
      <w:r>
        <w:t>Forma: Uznesenie</w:t>
      </w:r>
    </w:p>
    <w:p>
      <w:pPr>
        <w:pStyle w:val="Heading2"/>
      </w:pPr>
      <w:r>
        <w:t>Text rozhodnutia</w:t>
      </w:r>
    </w:p>
    <w:p>
      <w:r>
        <w:t>Súd: Krajský súd Žilina Spisová značka: 24Sd/103/2015 Identifikačné číslo súdneho spisu: 5015200455 Dátum vydania rozhodnutia: 30. 06. 2015 Meno a priezvisko sudcu, VSÚ: JUDr. Zuzana Jančárová ECLI: ECLI:SK:KSZA:2015:5015200455.2 Uznesenie Krajský súd v Žiline, v právnej veci navrhovateľky: P. C., nar. XX.XX.XXXX, r. č.: XXXXXX/XXXX, bytom X. č. XXX/XX, XXX XX I., proti odporkyni: Sociálna poisťovňa, ústredie, so sídlom Ul. 29. augusta č. 8-10, 813 63 Bratislava, o invalidný dôchodok, v konaní o opravnom prostriedku podanom navrhovateľkou proti rozhodnutiu odporkyne č. XXX XXX XXXX X zo dňa 17.02.2015, takto r o z h o d o l : Súd konanie z a s t a v u j e . Navrhovateľke náhradu trov konania n e p r i z n á v a . o d ô v o d n e n i e : Napadnutým rozhodnutím č. XXX XXX XXXX X zo dňa 17.02.2015 odporkyňa podľa § 73, § 80, § 112 ods. 4 a § 82 zákona č. 461/2003 Z.z. o sociálnom poistení v znení neskorších predpisov zvýšila navrhovateľke od 26.12.2014 invalidný dôchodok na 204,30 Eur mesačne, od 01.01.2015 na 207,00 Eur mesačne. Proti tomuto rozhodnutiu podala navrhovateľka včas opravný prostriedok, v ktorom nesúhlasila s posúdením jej zdravotného stavu. Uvedený opravný prostriedok navrhovateľky bol dňa 30.04.2015 predložený Sociálnou poisťovňou, pobočka Žilina na rozhodnutie. Za účelom posúdenia invalidity navrhovateľky na základe konania o opravnom prostriedku bol jej zdravotný stav posúdený posudkovým lekárom sociálneho poistenia Sociálnej poisťovne, pobočka Žilina MUDr. P. E., ktorý v lekárskej správe - posudku zo dňa 28.04.2015 konštatoval, že navrhovateľka je naďalej invalidná podľa § 71 ods. 1 zákona č. 461/2003 Z.z. o sociálnom poistení, lebo pre dlhodobo nepriaznivý zdravotný stav má pokles schopnosti vykonávať zárobkovú činnosť o viac ako 40 % v porovnaní so zdravou fyzickou osobou, miera poklesu schopnosti vykonávať zárobkovú činnosť v percentách nie je už 70 %, ale je 75 %. Miera poklesu schopnosti vykonávať zárobkovú činnosť v percentách: 75 %. Dátum zmeny MPSVZČ: 21.04.2015. Invalidita vznikla v dôsledku choroby. V dôsledku zmeny v posudkových záveroch bol nárok navrhovateľky na invalidný dôchodok odporkyňou opätovne posúdený. Odporkyňa rozhodnutím č. XXX XXX XXXX X zo dňa 18.05.2015 podľa § 73, § 112 ods. 4, § 82 zákona č. 461/2003 Z.z. o sociálnom poistení v znení neskorších predpisov zvýšila navrhovateľke od 21.04.2015 invalidný dôchodok na 300,20 Eur mesačne. Podaním zo dňa 09.06.2015 navrhovateľka súdu oznámila, že súhlasí so zastavením konania. Predmetné podanie posúdil súd podľa obsahu ako späťvzatie opravného prostriedku. Rozhodovanie o opravných prostriedkoch proti rozhodnutiam správnych orgánov je upravené v tretej hlave piatej časti Občianskeho súdneho poriadku (ďalej len „O.s.p.“), konkrétne v ust. § 250l až § 250s O.s.p. Podľa § 250l ods. 2 O.s.p. pokiaľ v tejto hlave nie je ustanovené inak, použije sa primerane ustanovenie druhej hlavy s výnimkou § 250a. Vzhľadom na absenciu právnej úpravy späťvzatia opravného prostriedku v tretej hlave piatej časti O.s.p. súd o dispozitívnom úkone navrhovateľky a o trovách konania rozhodol podľa ustanovení druhej hlavy piatej časti O.s.p., upravujúcich konanie o žalobách proti rozhodnutiam a postupom správnych orgánov. Podľa § 250h ods. 2 O.s.p. až do rozhodnutia súdu môže žalobca vziať žalobu späť; ak žalovanému medzitým vznikli trovy konania, rozhodne súd o ich náhrade. Podľa § 250d ods. 3 O.s.p. súd uznesením konanie zastaví, ak bola žaloba vzatá späť (§ 250h ods. 2 O.s.p.). Odvolanie proti uzneseniu je prípustné. S poukazom na dispozitívny úkon navrhovateľky súd konanie podľa § 250d ods. 3 O.s.p. v spojení s § 250h ods. 2 O.s.p. zastavil. Piata časť Občianskeho súdneho poriadku v druhej ani tretej hlave neupravuje rozhodovanie súdu o náhrade trov konania navrhovateľa v prípade zastavenia konania pre späťvzatie žaloby (opravného prostriedku) podľa § 250d ods. 3 O.s.p. Pre taký prípad je potrebné postupovať podľa ust. § 246c ods. 1 veta prvá O.s.p. v spojení s ust. § 146 ods. 2 veta druhá O.s.p., v zmysle ktorého má navrhovateľka právo na náhradu trov konania v tom prípade, ak jej opravný prostriedok bol podaný dôvodne. V predmetnej veci bola zistená u navrhovateľky vyššia miera poklesu schopnosti vykonávať zárobkovú činnosť až v dôsledku podania opravného prostriedku navrhovateľkou. Odporkyňa nesie procesné zavinenie na zastavení konania, preto je povinná nahradiť navrhovateľke trovy, ktoré jej v súvislosti s týmto konaním vznikli. Z obsahu spisového materiálu však nevyplýva, že by navrhovateľke doposiaľ s týmto konaním nejaké trovy vznikli a zároveň ani samotná navrhovateľka nevzniesla procesný návrh na ich uplatnenie v zmysle ust. § 151 ods. 1 O.s.p., v dôsledku čoho súd navrhovateľke náhradu trov konania nepriznal. Poučenie: Proti tomuto uzneseniu je prípustné odvolanie do 15 dní odo dňa jeho doručenia prostredníctvom Krajského súdu v Žiline na Najvyšší súd Slovenskej republiky v Bratislave, písomne v troch vyhotoveniach. V odvolaní sa má popri všeobecných náležitostiach podľa § 42 ods. 3 O.s.p. (t. j. ktorému súdu je určené, kto ho robí, ktorej veci sa týka, čo sleduje, musí byť podpísané - každý rovnopis vlastnou rukou, pri právnických osobách opatrený podpisom osoby oprávnenej konať za subjekt, ako aj odtlačkom pečiatky a datované)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O.s.p. Rozsah, v akom sa rozhodnutie napáda a dôvody odvolania môže odvolateľ rozšíriť len do uplynutia lehoty na odvolanie (§ 205 ods. 3 O.s.p.). Odvolanie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w:t>
      </w:r>
    </w:p>
    <w:p/>
    <w:p>
      <w:r>
        <w:t>Zdroj: KAUZIS.SK – https://www.kauzis.sk/judikatura/r/ECLI:SK:KSZA:2015:5015200455.2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