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25Sd/96/2015 z 11. 10. 2015</w:t>
      </w:r>
    </w:p>
    <w:p>
      <w:r>
        <w:t>Uznesenie Krajského súdu Žilina z 11. októbra 2015, sp. zn. 25Sd/96/2015, ECLI:SK:KSZA:2015:5015200529.2</w:t>
      </w:r>
    </w:p>
    <w:p>
      <w:r>
        <w:t>Súd: Krajský súd Žilina</w:t>
      </w:r>
    </w:p>
    <w:p>
      <w:r>
        <w:t>Spisová značka: 25Sd/96/2015</w:t>
      </w:r>
    </w:p>
    <w:p>
      <w:r>
        <w:t>ECLI: ECLI:SK:KSZA:2015:5015200529.2</w:t>
      </w:r>
    </w:p>
    <w:p>
      <w:r>
        <w:t>Dátum vydania: 11. 10. 2015</w:t>
      </w:r>
    </w:p>
    <w:p>
      <w:r>
        <w:t>Forma: Uznesenie</w:t>
      </w:r>
    </w:p>
    <w:p>
      <w:pPr>
        <w:pStyle w:val="Heading2"/>
      </w:pPr>
      <w:r>
        <w:t>Text rozhodnutia</w:t>
      </w:r>
    </w:p>
    <w:p>
      <w:r>
        <w:t>Súd: Krajský súd Žilina Spisová značka: 25Sd/96/2015 Identifikačné číslo súdneho spisu: 5015200529 Dátum vydania rozhodnutia: 12. 10. 2015 Meno a priezvisko sudcu, VSÚ: Mgr. Nora Tomková ECLI: ECLI:SK:KSZA:2015:5015200529.2 Uznesenie Krajský súd v Žiline, v právnej veci navrhovateľa: Ing. O. P., nar. XX. X. XXXX, r. č.: XXXXXX/XXXX, bytom W. B. T., Y. XXXX/XX, korešpondenčná adresa: G. XXXX/XX, XXX XX L. X - P., Česká republika, proti odporkyni: Sociálna poisťovňa, ústredie, so sídlom Ul. 29. augusta č. 8, 813 63 Bratislava, o invalidný dôchodok, takto r o z h o d o l : Súd konanie z a s t a v u j e . Odporkyni náhradu trov konania n e p r i z n á v a . o d ô v o d n e n i e : Odporkyňa napadnutým rozhodnutím č. XXX XXX XXXX X zo dňa 21. apríla 2015 podľa § 70 ods. 1 a § 71 ods. 1 Zákona o sociálnom poistení v znení neskorších predpisov a podľa čl. 46 nariadenia (ES) Európskeho parlamentu a Rady č. 883/2004 o koordinácii systémov sociálneho zabezpečenia zamietla žiadosť navrhovateľa o invalidný dôchodok zo dňa 25. júna 2014. Proti rozhodnutiu odporkyne podal navrhovateľ včas opravný prostriedok, v ktorom poukázal na svoje zdravotné problémy, ktoré mu znemožňujú výkon doterajšieho zamestnania. Na základe podaného opravného prostriedku bol zdravotný stav navrhovateľa opätovne posúdený posudkovým lekárom sociálneho poistenia odporkyne, pobočky Senica dňa 25. júna 2015 a posudkovým lekárom sociálneho poistenia odporkyne, ústredie dňa 6. augusta 2015. Posudkoví lekári sociálneho poistenia zotrvali na pôvodnom posudku, že navrhovateľ nie je invalidný podľa § 71 ods. 1 Zákona o sociálnom poistení, lebo má mieru poklesu schopnosti vykonávať zárobkovú činnosť 30 % v porovnaní so zdravou fyzickou osobou. Podaním zo dňa 7. októbra 2015 oznámil navrhovateľ súdu, že berie späť svoj opravný prostriedok, ktorý podal dňa 14. 5. 2015 na Krajský súd v Žiline. S poukazom na dispozitívny úkon navrhovateľa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https://www.kauzis.sk/judikatura/r/ECLI:SK:KSZA:2015:5015200529.2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