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24Sd/116/2015 z 29. 6. 2015</w:t>
      </w:r>
    </w:p>
    <w:p>
      <w:r>
        <w:t>Uznesenie Krajského súdu Žilina z 29. júna 2015, sp. zn. 24Sd/116/2015, ECLI:SK:KSZA:2015:5015200545.2</w:t>
      </w:r>
    </w:p>
    <w:p>
      <w:r>
        <w:t>Súd: Krajský súd Žilina</w:t>
      </w:r>
    </w:p>
    <w:p>
      <w:r>
        <w:t>Spisová značka: 24Sd/116/2015</w:t>
      </w:r>
    </w:p>
    <w:p>
      <w:r>
        <w:t>ECLI: ECLI:SK:KSZA:2015:5015200545.2</w:t>
      </w:r>
    </w:p>
    <w:p>
      <w:r>
        <w:t>Dátum vydania: 29. 6. 2015</w:t>
      </w:r>
    </w:p>
    <w:p>
      <w:r>
        <w:t>Forma: Uznesenie</w:t>
      </w:r>
    </w:p>
    <w:p>
      <w:pPr>
        <w:pStyle w:val="Heading2"/>
      </w:pPr>
      <w:r>
        <w:t>Text rozhodnutia</w:t>
      </w:r>
    </w:p>
    <w:p>
      <w:r>
        <w:t>Súd: Krajský súd Žilina Spisová značka: 24Sd/116/2015 Identifikačné číslo súdneho spisu: 5015200545 Dátum vydania rozhodnutia: 30. 06. 2015 Meno a priezvisko sudcu, VSÚ: JUDr. Zuzana Jančárová ECLI: ECLI:SK:KSZA:2015:5015200545.2 Uznesenie Krajský súd v Žiline, v právnej veci navrhovateľky: D. B., nar. XX.XX.XXXX, r. č.: XXXXXX/XXXX, bytom XXX XX J. č. XXX, proti odporkyni: Sociálna poisťovňa, ústredie, so sídlom Ul. 29. augusta č. 8-10, 813 63 Bratislava, o invalidný dôchodok, v konaní o opravnom prostriedku podanom navrhovateľkou proti rozhodnutiu odporkyne č. XXX XXX XXXX X zo dňa 12.02.2015, takto r o z h o d o l : Súd konanie z a s t a v u j e . Navrhovateľke náhradu trov konania n e p r i z n á v a . o d ô v o d n e n i e : Napadnutým rozhodnutím č. XXX XXX XXXX X zo dňa 12.02.2015 odporkyňa podľa § 263 ods. 1, § 112 ods. 2 a 6 zákona č. 461/2003 Z.z. o sociálnom poistení v znení zákona č. 310/2006 Z.z. a podľa § 29 ods. 1 zákona č. 100/1988 Zb. o sociálnom zabezpečení v znení neskorších predpisov odňala navrhovateľke od 22.03.2015 invalidný dôchodok. Proti tomuto rozhodnutiu podala v zákonom stanovenej lehote navrhovateľka opravný prostriedok, v ktorom žiadala o opätovné prehodnotenie jej zdravotného stavu. Uvedený opravný prostriedok navrhovateľky bol dňa 22.05.2015 predložený odporkyňou Krajskému súdu v Žiline na rozhodnutie. Za účelom posúdenia invalidity navrhovateľky na základe konania o opravnom prostriedku bol jej zdravotný stav posúdený posudkovým lekárom sociálneho poistenia Sociálnej poisťovne, ústredie, vysunuté pracovisko v Žiline MUDr. Jozefom Šedom, ktorý v lekárskej správe - posudku zo dňa 21.05.2015 konštatoval, že navrhovateľka je naďalej invalidná podľa § 29 ods. 3 zákona č. 100/1988 Zb. v znení zákona č. 194/1994 Z.z. a zákona č. 107/1999 Z.z., lebo pre dlhodobo nepriaznivý zdravotný stav je neschopná vykonávať akékoľvek sústavné zamestnanie. Invalidita trvá. Invalidita vznikla v dôsledku choroby. V dôsledku zmeny v posudkových záveroch bol nárok navrhovateľky na invalidný dôchodok odporkyňou opätovne posúdený. Odporkyňa rozhodnutím č. XXX XXX XXXX X zo dňa 05.06.2015 podľa § 112 zákona č. 461/2003 Z.z. o sociálnom poistení v znení neskorších predpisov zrušila napadnuté rozhodnutie a súčasne v celom rozsahu vyhovela opravnému prostriedku navrhovateľky. Navrhovateľka v podaní zo dňa 23.06.2015 požiadala o zastavenie súdneho konania. Predmetné podanie posúdil súd podľa obsahu ako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Vzhľadom na to, že odporkyňa vydala nové rozhodnutie a vyhovela navrhovateľke v plnom rozsahu až potom, ako navrhovateľka podala proti napadnutému rozhodnutiu opravný prostriedok,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https://www.kauzis.sk/judikatura/r/ECLI:SK:KSZA:2015:5015200545.2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