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Žilina sp. zn. 9CoP/61/2015 z 16. 9. 2015</w:t>
      </w:r>
    </w:p>
    <w:p>
      <w:r>
        <w:t>Uznesenie Krajského súdu Žilina z 16. septembra 2015, sp. zn. 9CoP/61/2015, ECLI:SK:KSZA:2015:5115215950.2</w:t>
      </w:r>
    </w:p>
    <w:p>
      <w:r>
        <w:t>Súd: Krajský súd Žilina</w:t>
      </w:r>
    </w:p>
    <w:p>
      <w:r>
        <w:t>Spisová značka: 9CoP/61/2015</w:t>
      </w:r>
    </w:p>
    <w:p>
      <w:r>
        <w:t>ECLI: ECLI:SK:KSZA:2015:5115215950.2</w:t>
      </w:r>
    </w:p>
    <w:p>
      <w:r>
        <w:t>Dátum vydania: 16. 9. 2015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Žilina Spisová značka: 9CoP/61/2015 Identifikačné číslo súdneho spisu: 5115215950 Dátum vydania rozhodnutia: 17. 09. 2015 Meno a priezvisko sudcu, VSÚ: JUDr. Ján Burik ECLI: ECLI:SK:KSZA:2015:5115215950.2 Uznesenie Krajský súd v Žiline, ako súd odvolací, vo veci starostlivosti súdu o maloleté deti P. S., nar. XX.XX.XXXX, T. S., nar. XX.XX.XXXX, zastúpené Úradom práce, sociálnych vecí a rodiny Žilina, ako kolíznym opatrovníkom, deti rodičov, matky F. N., nar. XX.XX.XXXX, t.č. Centrum pre liečbu drogových závislostí, Považský Chlmec 278, Žilina a otca G. S., nar. XX.XX.XXXX, bytom D. F. XXX, zastúpeného JUDr. Sabínou Hodoňovou, advokátkou so sídlom P. A. XX, N., o návrhu otca na nariadenie predbežného opatrenia, na odvolanie otca proti uzneseniu Okresného súdu Žilina, č. k. 15P/158/2015-18 zo dňa 3. júla 2015, takto r o z h o d o l : Uznesenie okresného súdu potvrdzuje. o d ô v o d n e n i e : Napadnutým uznesením okresný súd zamietol návrh otca na nariadenie predbežného opatrenia, ktorým žiadal obmedziť styk matky s maloletými deťmi. Svoje rozhodnutie odôvodnil ust. § 74 a nasl. O.s.p., keď konštatoval, že v prejednávanej veci neboli preukázané také skutočnosti, ktoré by odôvodňovali potrebu dočasnej úpravy vzťahov medzi účastníkmi. Pri stretnutí matky s maloletými deťmi neboli preukázané žiadne nezhody, ktoré by ohrozovali záujmy maloletých detí na ich riadnej výchove. Proti uzneseniu podal v zákonnom stanovenej lehote odvolanie otec z dôvodu nesprávneho právneho posúdenia veci prvostupňovým súdom. Poukázal na to, že matka je drogovo závislá a táto jej závislosť bola dôvodom na odovzdanie detí do starostlivosti krízového strediska. Vzhľadom k svojej závislosti nebola schopná zabezpečiť riadnu starostlivosť o maloleté deti. Napriek tomu, že styk matky s deťmi prebieha bezproblémovo, nie je možné vylúčiť, že môže byť závažnou hrozbou pre svoje deti. Na takúto situáciu nemožno čakať a nemožno ani riskovať, že nastane. Otec má súčasne dôvodnú obavu, že matka vo svojom stave deti odvezie a on ich už nikdy neuvidí. Navrhol jeho návrhu na nariadenie predbežného opatrenia vyhovieť. Na výzvu súdu sa k odvolaniu otca vyjadrilo Centrum sociálnych služieb LÚČ (ktoré prevádzkuje Krízové stredisko LÚČ), kde sa momentálne nachádzajú maloleté deti. Deti boli umiestnené do KS LÚČ, nakoľko otec maloletých detí nejavil o deti záujem a tiež neplatil dlhodobo výživné. Deti boli v zariadení už zvyknuté, nemali problém prispôsobiť sa pravidlám. Matka bola jedenkrát na priepustku na 3 dni, deti sa veľmi tešili a po odchode boli smutné, že sa musela opäť vrátiť do nemocnice. Po návrate matky z hospitalizácie bolo ich privítanie veľmi pozitívne. Deti na matke „visia“, a preto je podľa ich názoru vhodné dať matke šancu, aby o deti neprišla. Čo sa týka kontaktu s deťmi, ona sa doposiaľ nikdy voči deťom nesprávala negatívne, resp. tak, že by ich evidentne ohrozovala. Samozrejme je nutné brať do úvahy všetky riziká a matku naďalej sledovať. Záverom podotkli, že navrhli, aby nebolo zrušené uznesenie súdu o umiestnení detí do KS LÚČ, a to z dôvodu, aby bolo možné deti naďalej kontrolovať, resp. monitorovať matku a jej ochotu spolupracovať. Krajský súd, ako súd odvolací (§ 10 ods. 1 O.s.p.), preskúmal uznesenie okresného súdu v rozsahu vyplývajúcom z ustanovenia § 212 ods. 2 písm. a) O.s.p. a bez nariadenia pojednávania podľa ustanovenia § 214 ods. 2 O.s.p. toto rozhodnutie podľa § 219 ods. 1 O.s.p. ako vecne správne potvrdil. Tak ako v priebehu prvostupňového, tak i počas odvolacieho konania, neboli preukázané skutočnosti, z ktorých by bolo možné vyvodiť potrebu dočasnej úpravy vzťahov medzi matkou a maloletými deťmi. Naopak z vyjadrenia Centra sociálnych služieb maloleté deti sú na matku citovo naviazané a práve obmedzenie styku by mohlo mať negatívny vplyv na ich ďalší vývoj. Poučenie: Proti tomuto uzneseniu odvolanie n i e j e prípustné.</w:t>
      </w:r>
    </w:p>
    <w:p/>
    <w:p>
      <w:r>
        <w:t>Zdroj: KAUZIS.SK – https://www.kauzis.sk/judikatura/r/ECLI:SK:KSZA:2015:5115215950.2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