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21S/151/2013 z 31. 5. 2016</w:t>
      </w:r>
    </w:p>
    <w:p>
      <w:r>
        <w:t>Rozsudok Krajského súdu Žilina z 31. mája 2016, sp. zn. 21S/151/2013, ECLI:SK:KSZA:2016:5013201102.4</w:t>
      </w:r>
    </w:p>
    <w:p>
      <w:r>
        <w:t>Súd: Krajský súd Žilina</w:t>
      </w:r>
    </w:p>
    <w:p>
      <w:r>
        <w:t>Spisová značka: 21S/151/2013</w:t>
      </w:r>
    </w:p>
    <w:p>
      <w:r>
        <w:t>ECLI: ECLI:SK:KSZA:2016:5013201102.4</w:t>
      </w:r>
    </w:p>
    <w:p>
      <w:r>
        <w:t>Dátum vydania: 31. 5. 2016</w:t>
      </w:r>
    </w:p>
    <w:p>
      <w:r>
        <w:t>Forma: Rozsudok</w:t>
      </w:r>
    </w:p>
    <w:p>
      <w:r>
        <w:t>Oblasť práva: Správne právo</w:t>
      </w:r>
    </w:p>
    <w:p>
      <w:pPr>
        <w:pStyle w:val="Heading2"/>
      </w:pPr>
      <w:r>
        <w:t>Text rozhodnutia</w:t>
      </w:r>
    </w:p>
    <w:p>
      <w:r>
        <w:t>Súd: Krajský súd Žilina Spisová značka: 21S/151/2013 Identifikačné číslo súdneho spisu: 5013201102 Dátum vydania rozhodnutia: 01. 06. 2016 Meno a priezvisko sudcu, VSÚ: JUDr. Erika Šobichová ECLI: ECLI:SK:KSZA:2016:5013201102.4 ROZSUDOK V MENE SLOVENSKEJ REPUBLIKY Krajský súd v Žiline, v senáte zloženom z predsedníčky senátu JUDr. Eriky Šobichovej a členov senátu JUDr. Veroniky Poláčkovej a JUDr. Zuzany Jančárovej, v právnej veci žalobcu: T E S L A Liptovský Hrádok, a.s., so sídlom Pálenica 53/79, Liptovský Hrádok, IČO: 00 009 687, právne zastúpená: JANČI &amp; Partners s.r.o., Advokátska kancelária, Garbiarska 695, 031 01 Liptovský Mikuláš, IČO: 47 258 748, proti žalovanému: Finančné riaditeľstvo Slovenskej republiky, so sídlom Lazovná 63, Banská Bystrica, v konaní o preskúmanie rozhodnutia žalovaného č.k. 1100308/1/470333/2013 zo dňa 02.10.2013, takto jednomyseľne r o z h o d o l : Krajský súd v Žiline žalobu z a m i e t a. Žalobcovi súd náhradu trov konania n e p r i z n á v a. o d ô v o d n e n i e : Prvostupňovým rozhodnutím č. k. 9515401/5/2847572/2013 zo dňa 17.06.2013 Daňový úrad Žilina (ďalej len „správca dane“) vydal rozhodnutie, ktorým žalobcovi vyrubil rozdiel dane z pridanej hodnoty za zdaňovacie obdobie marec 2009 v sume 141,65 €. V odôvodnení uviedol, že daňový subjekt v rozpore s § 49 ods. 7 zák.č. 222/2004 Z.z. v znení neskorších predpisov odpočítal daň z faktúry č. 11275 zo dňa 2.3.2009 vo výške 19% sumu 141,65 € za služby súvisiace s nájmom dvoch osobných automobilov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660/230/67403/2011/Kand zo dňa 30.11.2011 (ďalej len „skoršie prvostupňové rozhodnutie“), ktoré žalovaný potvrdil rozhodnutím č. 1040510/339145/2012/5141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V tomto konaní krajský súd rozsudkom č.k. 21S/48/2012 zo dňa 28.11.2012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A. S..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že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Na odvolanie žalobcu vo veci rozhodovalo Finančné riaditeľstvo SR (ďalej len „žalovaný“) rozhodnutím č.k. 1100308/1/470333/2013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Proti tomuto rozhodnutiu žalovaného žalobca podal v zákonnej lehote žalobu. Tvrdil, že čo sa týka neuznania odpočtu DPH z faktúry zo dňa 2.3.2009 ohľadne platieb za prenájom motorových vozidiel Škoda Superb a Škoda Octavia, napriek dôvodom uvádzaným v skoršom rozsudku Krajského súdu v Žiline vydanom v konaní 21S/48/2012,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žalobca v rozpore s ust. § 49 ods. 7 v nadväznosti na § 22 ods. 1 a 2 v tom čase platného zákona číslo 222/2004 Z. z. v znení neskorších predpisov (ďalej len „zákon o DPH") uplatnil nárok na odpočítanie dane z došlej faktúry číslo 11275 zo dňa 2.3.2009 za služby súvisiace s nájmom dvoch osobných automobilov Škoda SUPERB, EČV: BA761TD a Škoda OCTAVIA EČV: BA762TD od dodávateľa BUSINESS LEASE SLOVAKIA s.r.o., Bratislava. Žalobca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21S/151/2013-39 zo dňa 04. júna 2014 žalobný návrh zamietol. Proti tomuto podal riadne a včas odvolanie žalobca. Následne Najvyšší súd slovenskej republiky uznesením 3Sžf/94/2014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11275 v sume 1459,28 €, z toho DPH 277,26 €, na nájom vo výške 725,12 € a služby vo výške 725,12 €, spolu 1459,28 €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11275 bola vyúčtovaná cena za nájom a služby, špecifikovaná v kalkulácii, vystavenej leasingovou spoločnosťou dňa 02.03.2009,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30.06.2009,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v predmetnej veci, spôsob zdaňovania nie je v rozpore s princípmi uplatňovanými Súdnym dvorom Európskej únie pri rozhodovaní v otázkach určenia spoločného spôsobu zdaňovania.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11275 nenapĺňa ust. § 71 ods. 2 písm. g) zákona č. 222/2004 Z.z. v znení účinnom k 31.12.2009, keď neobsahuje povinný údaj, a to špecifikáciu dane, po rozčlenenení dodanej služby na službu hlavnú a doplnkovú. Na faktúre je uvedený základ dane vo výške 1.459,28 € rozčlenený na dve čiastkové plnenia 713,73 a 745,55, avšak z uvedených čiastkových plnení nie je samostatne vyčíslená daň, preto faktúra nespĺňa náležitosti daňového dokladu podľa § 71 zákona č. 222/2004 Z.z. v znení k 31.12.2009. Žalobca v konaní úspech nemal. Pri aplikácii § 250k ods. 1 O.s.p. a contrario mu nevzniklo právo na náhradu trov konania, preto súd žalobcovi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https://www.kauzis.sk/judikatura/r/ECLI:SK:KSZA:2016:5013201102.4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