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20Scud/6/2014 z 23. 5. 2016</w:t>
      </w:r>
    </w:p>
    <w:p>
      <w:r>
        <w:t>Uznesenie Krajského súdu Žilina z 23. mája 2016, sp. zn. 20Scud/6/2014, ECLI:SK:KSZA:2016:5014200293.3</w:t>
      </w:r>
    </w:p>
    <w:p>
      <w:r>
        <w:t>Súd: Krajský súd Žilina</w:t>
      </w:r>
    </w:p>
    <w:p>
      <w:r>
        <w:t>Spisová značka: 20Scud/6/2014</w:t>
      </w:r>
    </w:p>
    <w:p>
      <w:r>
        <w:t>ECLI: ECLI:SK:KSZA:2016:5014200293.3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20Scud/6/2014 Identifikačné číslo súdneho spisu: 5014200293 Dátum vydania rozhodnutia: 24. 05. 2016 Meno a priezvisko sudcu, VSÚ: JUDr. Jana Martinčeková ECLI: ECLI:SK:KSZA:2016:5014200293.3 Uznesenie Krajský súd v Žiline, v právnej veci žalobcu: G. Y. M., nar. XX.XX.XXXX, bytom M. XX, XX-XXX A., Poľská republika, občan Poľskej republiky, proti žalovanému: Sociálna poisťovňa, ústredie, so sídlom Ul. 29. augusta č. 8 a 10, 813 63 Bratislava, za účasti účastníka: I. C. I., nar. XX.XX.XXXX, bytom D. Xb/XX, XXX XX L. Poľská republika, občan Poľskej republiky, o preskúmanie rozhodnutia a postupu žalovanej č. 8723-3/2014-BA zo dňa 29.01.2014, takto jednomyseľne r o z h o d o l : Rozsudok Krajského súdu v Žiline č. k. 20Scud/6/2014-88 zo dňa 05.04.2016 v úvodnej časti, za označením žalovaného, dopĺňa nasledovne: „za účasti účastníka: I. C. G.., nar. XX.XX.XXXX, bytom D. Xb/XX, XXX XX L., Poľská republika, občan Poľskej republiky“. o d ô v o d n e n i e : Žalobca sa žalobou zo dňa 17.03.2014 domáhal zrušenia rozhodnutia Sociálnej poisťovne, ústredie č. 8723-3/2014-BA zo dňa 29.01.2014 a predchádzajúceho rozhodnutia Sociálnej poisťovne, pobočka Trnava č. 700-0226/2011-23 z 09.09.2011 a vrátenia veci na opätovné prejednanie. Krajský súd v Žiline rozsudkom č. k. 20Scud/6/2014-88 zo dňa 05.04.2016 rozhodol tak, že žalobu zamietol a žalobcovi náhradu trov konania nepriznal. V písomnom vyhotovení rozsudku došlo k zrejmej nesprávnosti, keď krajský súd opomenul v úvodnej časti rozsudku uviesť účastníka, pribratého do konania v súlade s ust. § 250 ods. 1 O.s.p.. I. C. I. nar. XX.XX.XXXX, bytom D. Xb/XX, XXX XX L., Poľská republika, bol do konania sp. zn. 20Scud/6/2014 pribratý uznesením Krajského súdu v Žiline č. k. 20Scud/6/2014-81 zo dňa 19.01.2016, ktorá skutočnosť vyplýva aj zo samotného odôvodnenia opravovaného rozsudku č. k. 20Scud/6/2014-88 zo dňa 05.04.2016 (str. 4, druhý odsek zdola). Uznesenie nadobudlo právoplatnosť dňa 02.02.2016. Podľa ust.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k tomu, že išlo o zrejmú nesprávnosť, bolo nutné vykonať opravu v zmysle ust. § 164 O.s.p., tak ako je uvedené vo výroku tohto uznesenia. Poučenie: : Proti tomuto uzneseniu j e p r í p u s t n é odvolanie do 15 dní odo dňa jeho doručenia písomne dvojmo prostredníctvom Krajského súdu v Žiline na Najvyšší súd Slovenskej republiky v Bratislave. V Žiline, dňa 24.05.2016 JUDr. Jana Martinčeková predsedníčka senátu Za správnosť vyhotovenia: Miriama Talapková</w:t>
      </w:r>
    </w:p>
    <w:p/>
    <w:p>
      <w:r>
        <w:t>Zdroj: KAUZIS.SK – https://www.kauzis.sk/judikatura/r/ECLI:SK:KSZA:2016:5014200293.3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