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20S/45/2014 z 25. 4. 2016</w:t>
      </w:r>
    </w:p>
    <w:p>
      <w:r>
        <w:t>Uznesenie Krajského súdu Žilina z 25. apríla 2016, sp. zn. 20S/45/2014, ECLI:SK:KSZA:2016:5014200522.3</w:t>
      </w:r>
    </w:p>
    <w:p>
      <w:r>
        <w:t>Súd: Krajský súd Žilina</w:t>
      </w:r>
    </w:p>
    <w:p>
      <w:r>
        <w:t>Spisová značka: 20S/45/2014</w:t>
      </w:r>
    </w:p>
    <w:p>
      <w:r>
        <w:t>ECLI: ECLI:SK:KSZA:2016:5014200522.3</w:t>
      </w:r>
    </w:p>
    <w:p>
      <w:r>
        <w:t>Dátum vydania: 25.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20S/45/2014 Identifikačné číslo súdneho spisu: 5014200522 Dátum vydania rozhodnutia: 26. 04. 2016 Meno a priezvisko sudcu, VSÚ: JUDr. Erika Čanádyová ECLI: ECLI:SK:KSZA:2016:5014200522.3 Uznesenie Krajský súd v Žiline, v právnej veci navrhovateľa: Miroslav Frolo - DEEP PRODUCTION, s miestom podnikania Gen. Svobodu 44, Martin, IČO: 34 699 317, právne zastúpený Mgr. Petrom Balážom, advokátom so sídlom P. Z. XX, Z., proti odporcovi: Mesto Martin, so sídlom Nám. S. H. Vajanského 1, Martin, o preskúmania zákonnosti rozhodnutí Mesta Martin č. 94139/ek./2013 zo dňa 18.11.2013 a č. 7303/2014/ek. zo dňa 23.01.2014, takto jednomyseľne r o z h o d o l : Súd konanie zastavuje. Navrhovateľovi náhradu trov konania n e p r i z n á v a . o d ô v o d n e n i e : Navrhovateľ sa podaním zo dňa 22.04.2014, označeným ako „opravný prostriedok proti rozhodnutiu správneho orgánu podľa § 250l a nasl. O.s.p.“, domáhal preskúmania zákonnosti a zrušenia troch rozhodnutí Mesta Martin: 1. rozhodnutia odporcu č. 94139/ek./2013 zo dňa 18.11.2013 - „Zmena výšky ročnej dotácie v roku 2013 Súkromná základná umelecká škola Ul. M. Haľamovej 21, Martin“ (ďalej len „RI“), 2. zrušenia rozhodnutia odporcu č. 27823/ek./2013 zo dňa 18.11.2013 - „Výzva na vrátenie a zaplatenie 87 700,80 Eur“ (ďalej len „RII“) a 3. zrušenia rozhodnutia odporcu č. 7303/2014/ek. zo dňa 23.01.2014 - „Oznámenie o výške dotácie na prevádzku a mzdy v r. 2014“ (ďalej len „RIII“), a súčasne žiadal, aby súd konanie zastavil, alternatívne, aby vec bola odporcovi vrátená na nové konanie a rozhodnutie a priznal mu trovy konania. Krajský súd v Žiline uznesením č. k. 20S/45/2014-27 zo dňa 16.09.2014 konanie zastavil, zároveň rozhodol, že po právoplatnosti uznesenia vec postupuje Okresnému úradu Žilina na ďalšie konanie. Žiaden z účastníkov nemá právo na náhradu trov konania podľa jeho výsledku. V odôvodnení krajský súd uviedol, že rozhodnutia RI a RIII sú prvostupňovými správnymi rozhodnutiami, ktoré sú s poukazom na § 247 ods. 1 a ods. 2 O.s.p. zo súdneho prieskumu vylúčené, a preto súd konanie pri aplikácii § 250d ods. 3 O.s.p. zastavil a rozhodol, že po právoplatnosti vec bude postúpená Okresnému úradu Žilina, odboru opravných prostriedkov, ako druhostupňovému správnemu orgánu, ktorý o opravnom prostriedku žalobcu voči RI a RIII rozhodne. V prípade prieskumu RII boli splnené podmienky pre zastavenie konania postupom podľa § 103 O.s.p. v spojení s § 104 ods. 1 O.s.p., vo väzbe na § 246c ods. 1 veta prvá O.s.p. z dôvodu, že neexistuje správne rozhodnutie, ktoré by mohlo byť predmetom preskúmania, či už postupom podľa druhej, resp. tretej hlavy piatej časti O.s.p., alebo predmetom prieskumu správnym orgánom ako orgánu štátnej správy v II. stupni. V súlade s ust. § 11 ods. 4 O.s.p. po právoplatnosti vec krajský súd postúpil Okresnému úradu Žilina, príslušnému referátu kontroly, ako orgánu, ktorý je kompetentný postup obce (RII) podľa zákona č. 596/2003 Z.z. kontrolovať. Okresný úrad Žilina doručil dňa 05.12.2014 na Najvyšší súd Slovenskej republiky návrh na rozhodnutie sporu o právomoc podľa § 8a O.s.p., pretože nesúhlasil s rozhodnutím Krajského súdu v Žiline zo dňa 16.09.2014, č. k. 20S/45/2014 &lt;http://merit.slv.cz/20S/45/2014&gt;-27, ktorým súd konanie zastavil z dôvodu nedostatku právomoci a rozhodol o postúpení veci Okresnému úradu Žilina po právoplatnosti uznesenia. Najvyšší súd Slovenskej republiky uznesením zo dňa 28.10.2015, sp. zn. 6 Rks/2/2014 rozhodol tak, že prejednanie a rozhodnutie právnej veci navrhovateľa: Miroslav Frolo - DEEP PRODUCTION, ul. Gen. Svobodu 44, Martin, právne zastúpeného Mgr. Petrom Balážom, advokátom, P. Z. XX, Z., proti odporcovi: Mesto Martin, nám. S. H. Vajanského 1, Martin, o preskúmanie zákonnosti rozhodnutí Mesta Martin č. 94139/ek./2013 z 18.11.2013 a č. 7303/2014/ek. z 23.01.2014, postúpenej Okresnému úradu Žilina uznesením Krajského súdu v Žiline č. k. 20S/45/2014 &lt;http:// merit.slv.cz/20S/45/2014&gt;-27 zo 16.09.2014, patrí do právomoci Krajského súdu v Žiline. Vzhľadom na to, že rozhodnutie Najvyššieho súdu SR sa týkalo rozhodnutí RI a RII, považoval krajský súd konanie o preskúmanie zákonnosti RII za právoplatne skončené a naďalej konal len vo vzťahu k RI a RIII. Najvyšší súd SR v cit. uznesení uviedol, že obec pri rozhodovaní o výške dotácie podľa § 6 ods. 12 zákona č. 596/2003 Z. z., v rámci ktorého súčasne aplikuje sankčný postih upravený vo všeobecne záväznom nariadení upravujúcom poskytovanie dotácií a podmienky vrátenia poskytnutej dotácie, nepôsobí v rámci preneseného výkonu štátnej správy. Ani výkon finančnej kontroly v zmysle § 6 ods. 22 zákona č. 596/2003 Z. z. nespadá do preneseného výkonu štátnej správy. Z vyššie uvedených právnych názorov vyplýva, že obec v tejto oblasti má samosprávnu pôsobnosť. Podľa § 27 ods. 2 zákona č. 369/1990 Zb. o obecnom zriadení v znení neskorších predpisov na konanie, v ktorom o právach, právom chránených záujmoch alebo povinnostiach fyzických osôb a právnických osôb rozhoduje pri výkone samosprávy obec, sa vzťahuje všeobecný predpis o správnom konaní; o opravnom prostriedku proti rozhodnutiu obce rozhoduje súd, ak osobitný predpis neustanovuje inak. Súd posúdil podanie navrhovateľa podľa obsahu a povahy podania ako opravný prostriedok proti neprávoplatnému rozhodnutiu odporcu podľa § 250m ods. 1 a 2 Občianskeho súdneho poriadku (ďalej len „O.s.p.“) a ďalej v konaní postupoval podľa § 250l a nasl. O.s.p., t.j. podľa III. hlavy, V. časti O.s.p. - Rozhodovanie o opravných prostriedkoch proti rozhodnutiam správnych orgánov. Podaním zo dňa 06.04.2016 vzal navrhovateľ návrh na začatie konania späť v celom rozsahu z dôvodu, že medzi účastníkmi došlo k širšej dohode o úprave vzájomných vzťahov. Trovy konania si navrhovateľ neuplatňuje. Rozhodovanie o opravných prostriedkoch proti rozhodnutiam správnych orgánov je upravené v tretej hlave piatej časti O.s.p.,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navrhovateľa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navrhovateľa súd konanie podľa § 250d ods. 3 O.s.p. v spojení s § 250h ods. 2 O.s.p. zastavil. Piata časť Občianskeho súdneho poriadku v druhej ani tretej hlave neupravuje rozhodovanie súdu o náhrade trov konania navrhovateľa v prípade zastavenia konania pre späťvzatie žaloby (opravného prostriedku) podľa § 250d ods. 3 O.s.p. Pre taký prípad je potrebné postupovať podľa ust. § 246c ods. 1 veta prvá O.s.p. v spojení s ust. § 146 ods. 2 veta druhá O.s.p., v zmysle ktorého má navrhovateľ právo na náhradu trov konania v tom prípade, ak jeho opravný prostriedok bol podaný dôvodne a bol vzatý späť pre správanie odporcu. V predmetnej veci bola medzi účastníkmi uzatvorená dohoda o úprave vzájomných vzťahov až v dôsledku podania opravného prostriedku navrhovateľom. Odporca nesie procesné zavinenie na zastavení konania, preto je povinný nahradiť navrhovateľovi trovy, ktoré mu v súvislosti s týmto konaním vznikli. Z obsahu spisového materiálu však vyplýva, že navrhovateľ si náhradu trov konania neuplatnil, v dôsledku čoho súd navrhovateľovi náhradu trov konania nepriznal. Toto rozhodnutie senátu bolo prijaté hlasovaním v pomere hlasov 3 : 0. Poučenie: Proti tomuto uzneseniu možno podať odvolanie v lehote 15-tich dní odo dňa jeho doručenia na Najvyšší súd Slovenskej republiky v Bratislave prostredníctvom Krajského súdu v Žiline písomne v troch vyhotoveniach. Odvolanie musí spĺňať náležitosti podľa § 205 ods. 1 O.s.p. V Žiline, dňa 26. apríla 2016 JUDr. Erika Čanádyová predsedníčka senátu Za správnosť vyhotovenia: Miriama Talapková</w:t>
      </w:r>
    </w:p>
    <w:p/>
    <w:p>
      <w:r>
        <w:t>Zdroj: KAUZIS.SK – https://www.kauzis.sk/judikatura/r/ECLI:SK:KSZA:2016:5014200522.3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