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21S/72/2015 z 21. 6. 2016</w:t>
      </w:r>
    </w:p>
    <w:p>
      <w:r>
        <w:t>Rozsudok Krajského súdu Žilina z 21. júna 2016, sp. zn. 21S/72/2015, ECLI:SK:KSZA:2016:5015200531.2</w:t>
      </w:r>
    </w:p>
    <w:p>
      <w:r>
        <w:t>Súd: Krajský súd Žilina</w:t>
      </w:r>
    </w:p>
    <w:p>
      <w:r>
        <w:t>Spisová značka: 21S/72/2015</w:t>
      </w:r>
    </w:p>
    <w:p>
      <w:r>
        <w:t>ECLI: ECLI:SK:KSZA:2016:5015200531.2</w:t>
      </w:r>
    </w:p>
    <w:p>
      <w:r>
        <w:t>Dátum vydania: 21. 6. 2016</w:t>
      </w:r>
    </w:p>
    <w:p>
      <w:r>
        <w:t>Forma: Rozsudok</w:t>
      </w:r>
    </w:p>
    <w:p>
      <w:pPr>
        <w:pStyle w:val="Heading2"/>
      </w:pPr>
      <w:r>
        <w:t>Text rozhodnutia</w:t>
      </w:r>
    </w:p>
    <w:p>
      <w:r>
        <w:t>Súd: Krajský súd Žilina Spisová značka: 21S/72/2015 Identifikačné číslo súdneho spisu: 5015200531 Dátum vydania rozhodnutia: 22. 06. 2016 Meno a priezvisko sudcu, VSÚ: JUDr. Veronika Poláčková ECLI: ECLI:SK:KSZA:2016:5015200531.2 ROZSUDOK V MENE SLOVENSKEJ REPUBLIKY Krajský súd v Žiline, v senáte zloženom z predsedníčky senátu JUDr. Veroniky Poláčkovej a členov senátu JUDr. Eriky Šobichovej a JUDr. Zuzany Jančárovej, v právnej veci žalobkyne: G. C., občianka Kórejskej republiky, nar. XX.XX.XXXX, prechodne bytom J. L. X, S., zastúpená advokátkou: JUDr. Katarína Potocká, Advokátska kancelária, P. X, S., proti žalovanému: Riaditeľstvo hraničnej a cudzineckej polície Banská Bystrica, Štefánikovo nábrežie 7, Banská Bystrica, v konaní o preskúmanie rozhodnutia žalovaného č. PPZ-HCP-BB2-36-001/2015-SK z 28.04.2015, takto jednomyseľne r o z h o d o l : Krajský súd v Žiline napadnuté rozhodnutie žalovaného č. PPZ-HCP-BB2-36-001/2015-SK z 28.04.2015 z r u š u j e podľa § 250j ods. 2 písm. c), d) O.s.p. a vec v r a c i a žalovanému na ďalšie konanie. Žalovaný j e p o v i n n ý nahradiť žalobkyni na účet právneho zástupcu trovy konania vo výške 366,44 Eur, pozostávajúce zo súdneho poplatku vo výške 70 Eur a z trov právneho zastúpenia vo výške 296,44 Eur, do 30 dní od právoplatnosti rozsudku. o d ô v o d n e n i e : Žalobkyňa sa žalobou zo dňa 18.05.2015, doručenou na súd dňa 19.05.2015 domáhala preskúmania rozhodnutia žalovaného č. PPZ-HCP-BB2-36-001/2015-SK z 28.04.2015. V žalobe uviedla, že Riaditeľstvo hraničnej a cudzineckej polície Banská Bystrica, oddelenie tuzemskej polície PZ Žilina (ďalej len prvostupňový správny orgán) rozhodnutím č. PPZ-HCP-BB7-163-003/2015- PP zo dňa 10.02.2015 zrušil žalobkyni prechodný pobyt na účel zamestnania podľa § 23 ods. 1 zák. č. 404/2011 Z. z. o pobyte cudzincov, platný od 30.09.2014 od 14.09.2015 z dôvodu, že v stanovenej lehote neodovzdala doklad podľa § 32 ods. 10. Žalobkyňa si dňa 21.11.2014 osobne prevzala doklad o povolení pobytu č. RW 6853429. Zároveň bola poučená, že do 30 dní odo dňa prevzatia dokladu o povolení pobytu je povinná odovzdať správnemu orgánu lekársky posudok potvrdzujúci, že netrpí chorobou, ktorá ohrozuje verejné zdravie. Lehota na doloženie lekárskeho posudku uplynula dňa 23.12.2014. Žalobkyňa v žalobe uviedla, že proti prvostupňovému rozhodnutiu podala odvolania. O odvolaní rozhodlo Riaditeľstvo hraničnej a cudzineckej polície Banská Bystrica vyrozumením zo dňa 28.04.2015, z ktorého vyplýva, že odvolací orgán považoval odvolanie za neprípustné a uviedol, že nezistil ani dôvody na obnovu konania alebo zmenu, alebo zrušenie rozhodnutia mimo odvolacieho konania. Žalobkyňa v žalobe namietala, že rozhodnutím žalovaného bola dotknutá na svojich právach z dôvodu, že vydané rozhodnutie nie je odôvodnené. Odôvodnenie má presvedčiť účastníka o správnosti postupu správneho orgánu a o zákonnosti jeho rozhodnutia. Žalovaný v napadnutom rozhodnutí neuviedol, o ktoré dôkazy sa oprel, akými úvahami sa riadil a z akého dôvodu nevyhovel návrhu účastníka aj z ohľadu na podmienky obnovy konania alebo zmenu, alebo zrušených mimo odvolacieho konania. Vzhľadom na uvedené skutočnosti žalobkyňa navrhuje, aby krajský súd napadnuté rozhodnutie zrušil a vec vrátil žalovanému na ďalšie konanie. Žalovaný sa k žalobe písomne vyjadril. Vo vyjadrení uviedol, že žaloba smeruje na preskúmanie rozhodnutia RHCP Banská Bystrica č. PPZ-HCP-BB2-36-001/2015-SK zo dňa 28.04.2015, pričom v danom správnom konaní RHCP nekonalo ako odvolací orgán, nakoľko podaný riadny opravný prostriedok bol podaný oneskorene a uvedená písomnosť je len vyrozumením pre účastníka konania. Celé správne konanie bolo právoplatne ukončené rozhodnutím prvostupňového správneho orgánu - OCP PZ Žilina, a to rozhodnutím č. PPZ-HCP-BB7-163-003/2015-PP zo dňa 10.02.2015, ktoré nadobudlo právoplatnosť dňa 10.03.2015 a následne výkon, ktorý bol uznesením Krajského súdu v Žiline č. k. 21S/72/2015-36 zo dňa 03.06.2016 odložený. RHCP Banská Bystrica v danej veci posudzovala oneskorené podané odvolanie účastníka konania, pričom postupovalo v súlade s ust. § 60 zákona o správnom konaní a preskúmalo i oneskorene podané odvolanie, pričom ako odvolací orgán nezistilo dôvody na obnovu konania, zmenu alebo zrušenie rozhodnutia mimo odvolacieho konania. Uznáva pochybenie pri použití termínu „neprípustné odvolanie“, čo vzniklo využitím pôvodného znenia zákona o správnom konaní, avšak zo samotného textu vyrozumenia adresovanému účastníkovi konania jednoznačne, že žalovaný postupoval v rámci tohto konania v zmysle ust. § 60 zákona o správnom konaní, ktorý pojednáva o oneskorene podanom odvolaní. Žalovaný vo vyjadrení ďalej uviedol, že podľa námietky žalobkyne strohé uvedenie vo vyrozumení, že odvolací orgán nezistil dôvody na obnovu konania, alebo zmenu alebo zrušenie mimo odvolacieho konania, nespĺňa podľa tvrdenia žalobcu náležitosti správneho rozhodnutia a v tomto smere ide o nepreskúmateľnosť daného rozhodnutia. V súlade s ust. § 60 zákona o správnom konaní, odvolací orgán má povinnosť preskúmať i oneskorene podané odvolanie z toho hľadiska, či neodôvodňuje obnovu konania, alebo zmenu alebo zrušenie rozhodnutia mimo odvolacieho konania. Nakoľko odvolací orgán po preskúmaní oneskorene podaného odvolania spolu s celým spisovým materiálom nezistil žiadne pochybenie súvisiace s porušením zákonnosti, vybavil vec neformálnym spôsobom. V takomto prípade nie je odvolací orgán povinný konať v samostatnom správnom (odvolacom) konaní, a teda predmetné vyrozumenie č. PPZ-HCP-BB2-36-001/2015-SK zo dňa 28.04.2015, ktoré žalobca napáda nie je rozhodnutím odvolacieho orgánu v správnom konaní s obligatórne ustanovenými náležitosťami, ani rozhodnutia tak ako to upravuje § 47 zákona o správnom konaní. K námietke bodu III. žaloby, v ktorom žalobkyňa tvrdí, že dôkazy, ktoré boli predložené neboli vyhodnotené odvolacím správnym orgánom žalovaný uviedol, že táto námietka nie je dôvodná. Účastníčka vo svojom vyjadrení uznala svoje pochybenie a 30.01.2015 sa opätovne dostavila na lekárske vyšetrenie za účelom získania potrebného lekárskeho posudku a zároveň požiadala o predĺženie lehoty na predloženie dôkazu. Súčasťou jej vyjadrenia bolo i splnomocnenie na zastupovanie pre JUDr. Katarínu Potockú - advokátku, ktoré však nespĺňalo náležitosti v zmysle ust. § 126 ods. 5 zákona o pobyte cudzincov, a to že podpisy na splnomocneniach predkladaných v konaniach podľa zákona o pobyte cudzincov musia byť osvedčené. Splnomocnenie s úradne osvedčeným podpisom bolo zo strany účastníčky konania doložené, avšak inak sa k začatému konaniu nevyjadrila, teda prvostupňový správny orgán vydal rozhodnutie č. PPZ-HCP-BB7-163-003/2015-PP o zrušení prechodného pobytu v zmysle ust. § 36 ods. 1 písm. c) zákona o pobyte cudzincov, ktoré bolo doručované právnemu zástupcovi účastníčky konania. Až následne počas doručovania napadnutého rozhodnutia dňa 23.02.2015 bolo na prvostupňový správny orgán doručené vyjadrenie účastníčky konania spolu s originálom lekárskeho potvrdenia zo dňa 13.02.2015. K námietke žalobkyne v bode IV. žaloby správny orgán uviedol, že i táto námietka je nedôvodná. Odvolací orgán mal jednoznačne preukázané, že nie neovládaním slovenského jazyka došlo k nedoloženiu povinného lekárskeho posudku, nakoľko sama účastníčka konania vo svojom vyjadrení pri začatí konania o zrušení prechodného pobytu uviedla, že si bola vedomá povinnosti doloženia lekárskeho posudku. V závere vyjadrenia žalovaný uviedol, nakoľko prvostupňový i druhostupňový správny orgán rozhodovali vo veci zrušenia jej prechodného pobytu, ako i oneskoreného odvolania sa účastníčky správneho konania žalobcu, na základe náležite zistených a preukázateľných skutočností a pri svojom konaní postupovali v súlade s platnými zákonmi Slovenskej republiky. Vzhľadom na uvedené žalovaný navrhuje, aby krajský súd žalobu ako nedôvodnú zamietol. Krajský súd preskúmal napadnuté rozhodnutie žalovaného na nariadenom pojednávaní dňa 22.06.2016 a dospel k záveru, že žaloba je dôvodná a rozhodnutie je potrebné zrušiť pri aplikácií § 250j ods. 2 písm. c), d) O.s.p.. V správnom súdnictve preskúmavajú súdy na základe žalôb alebo opravných prostriedkov zákonnosť rozhodnutí a postupov orgánov verejnej správy (§ 244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preskúmavaní zákonnosti rozhodnutia a postupu správneho orgánu podľa druhej hlavy piatej časti O.s.p. je posudzovať, či správny orgán vecne príslušný na konanie si zadovážil dostatok skutkových podkladov pre vydanie rozhodnutia, či dostatočne zistil skutkový stav veci, či konal v súčinnosti s účastníkmi konania, či rozhodnutie bolo vydané v súlade so zákonom a iným právnymi predpismi a či obsahovalo zákonom predpísané náležitosti, teda či rozhodnutie správneho orgánu bolo vydané v súlade s hmotnoprávnymi alebo procesnoprávnymi predpismi. Zákonnosť rozhodnutia správneho orgánu je podmienená zákonnosťou postupu správneho orgánu predchádzajúceho vydaniu napadnutého rozhodnutia. V rámci správneho prieskumu súd teda skúma aj procesné pochybenia správne orgánu namietané v žalobe, či uvedené procesné pochybenia správneho orgánu je takou vadou konania pred správnym orgánom, ktorá mohla mať vplyv na zákonnosť napadnutého rozhodnutia. V zmysle nálezov Ústavného súdu Slovenskej republiky rozhodnutím Najvyššieho súdu SR (pozri napr. nález Ústavného súdu SR z 22.01.2009 sp. zn. I. ÚS 354/08-50, rozsudok Najvyššieho súdu SR z 29.04.2002 pod sp. zn. 6Sž/56/01) môže byť predmetom preskúmania súdom i rozhodnutia orgánu verejnej správy, ktoré nemajú formálne náležitostí, ak sa dotýkajú alebo ak sa môžu dotknúť práv a právom chránených záujmov fyzických alebo právnických osôb. Súdna prax zatiaľ ustálila, že rozhodnutím správneho orgánu je každé rozhodnutie, ktorým sa zakladajú, menia, rušia alebo ktorými môžu byť priamo dotknuté práva a povinnosti a právnických osôb a fyzických osôb. Žalobkyňa v žalobe namietala, že žalovaný vo vyrozumení konštatoval, že dôvody na obnovu konania alebo zmenu alebo zrušenie rozhodnutia mimo odvolacieho konania. Túto námietku súd vyhodnotil ako dôvodnú a uvádza nasledovné. Možno konštatovať, že postup žalovaného pri preskúmaní odvolania žalobkyne bol príliš formalistický vzhľadom k závažnosti dôsledkov, ktoré pre žalobkyňu z listu - vyrozumenia vyplývajú. Napríklad nie je možné zistiť, aké dôvody, resp. aké podmienky odvolací orgán preskúmal v zmysle § 62 Správneho poriadku na obnovu konania. Inštitút obnovy konania je mimoriadnym opravným prostriedkom proti právoplatnému rozhodnutiu, ktoré sa obnoví na žiadosť účastníka konania, alebo z úradnej moci. Účelom obnovy konania je odstránenie nedostatkov a vydanie nového meritórneho rozhodnutia. Všeobecnými predpokladmi obnovy konania sú a) existencia právoplatného rozhodnutia. Týmto opravným prostriedkom nemožno napadnúť rozhodnutie, ktoré nie je formálne právoplatné. Správny poriadok nepodmieňuje uplatnenie návrhu na obnovu konania využitím riadnych opravných prostriedkov; b) existencia aspoň jedného z taxatívne ustanovených dôvodov na obnovu konania. V rámci obnovy konania nie sú prípustné iné dôvody, a preto ak by boli uplatnené takéto dôvody správny orgán by musel takýto podnet zamietnuť; c) existencia oprávneného subjektu, ktorý podal návrh na obnovu konania. Oprávneným subjektom na podanie návrhu na obnovu konania je len účastník pôvodného konania. Oprávneným subjektom je aj správny orgán, ak nariadi obnovu z dôvodu verejného záujmu; d) dodržanie lehoty na podanie návrhu na obnovu konania a to tak subjektívnej, ako aj objektívnej; e) neexistencia dôvodov, pre ktoré je obnova konania neprípustná. Inštitút obnovy v zmysle § 62 ods. 1 písm. a) Správneho poriadku je mimoriadnym opravným prostriedkom pre účely, ak nové skutočnosti a dôkazy privodia (môžu privodiť) skutkovú zmenu v konaní. Novými skutočnosťami alebo dôkazmi sa rozumejú také skutočnosti ako dôkazy, ktoré účastník v pôvodnom konaní nemohol uplatniť vôbec, pretože ich v tom čase nepoznal, alebo preto, lebo ich bez vlastnej viny nemohol uplatniť (nedostupná listina a pod.). Za nové skutočnosti alebo dôkazy na účely obnovy konania však nemožno považovať také skutočnosti alebo dôkazy, o ktorých účastník v čase pôvodného konania vedel, ale z akéhokoľvek dôvodu ich neuplatnil. Zároveň treba zdôrazniť, že novými skutočnosťami sú len také skutočnosti, ktoré nastali do vydania pôvodného rozhodnutia správneho orgánu, pretože len na tieto okolnosti mohol správny orgán prihliadať. Ak by tieto skutočnosti vznikli až po právoplatnosti preskúmavaného rozhodnutia, nemohli by byť dôvodom na obnovu konania. Podmienkou na obnovu konania podľa písm. a) § 62 Správneho poriadku je, že nové skutočnosti a dôkazy mohli mať podstatný vplyv na rozhodnutie. Podľa názoru súdu, dôkaz, ktorý žalobkyňa predložila správnemu orgánu má vplyv na rozhodnutie (§ 250j ods. 7 O.s.p.). Krajský súd sa stotožnil s námietkou žalobkyne, že z preskúmavaného rozhodnutia nie je možné zistiť, ktoré podmienky na obnovu konania neboli splnené. Vzhľadom na uvedené skutočností krajský súd dospel k záveru, že rozhodnutie (vyrozumenie) je potrebné zrušiť podľa § 250j ods. 2 písm. c), d) O.s.p. a vec vrátiť žalovanému na ďalšie konanie. Žalobkyňa bola v konaní úspešným účastníkom konania, preto má pri aplikácii ust. § 250k ods. 1 O.s.p. právo na náhradu trov konania. Tieto si uplatnila prostredníctvom právneho zástupcu vo vyčíslení trov konania zo dňa 20.06.2016 celkovej výške 448,02 Eur, pozostávajúcich zo súdneho poplatku vo výške 70 Eur a z trov právneho zastúpenia za tri úkony právnej služby: 1. prevzatie a príprava zastúpenia (13.05.2015) - 139,83 Eur, 2. žaloba (18.05.2016) - 139,83 Eur, 3. porada s klientom (07.06.2016) - 143 Eur; a ďalej z náhrady hotových výdavkov - režijný paušál 2 x 8,39 Eur a 8,58 Eur. Súd preskúmal písomnú špecifikáciu uplatnených trov konania predloženú právnym zástupcom žalobkyne a priznal žalobkyni náhradu trov konania pozostávajúcich zo súdneho poplatku a z trov právneho zastúpenia za dva úkony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2015 predstavuje sumu 839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2015 predstavuje sumu 139,83 Eur. V predmetnej veci sa jednalo o prieskum rozhodnutia vo veci pobytu cudzincov, a teda za zastupovanie v takejto veci za jeden úkon právnej služby patrí odmena vo výške jednej šestiny výpočtového základu. Súd priznal odmenu za dva úkony právnej služby, a to za: 1. prevzatie a prípravu zastúpenia vrátane prvej porady s klientom zo dňa 13.05.2015, ako vyplýva z plnomocenstva doloženého k žalobe, v súlade s § 13a ods. 1 písm. a) vyhlášky vo výške 139,83 Eur, 2. písomne podanie na súd - žaloba zo dňa 18.05.2015 v súlade s § 13a ods. 1 písm. c) vyhlášky vo výške 139,83 Eur. Odmena za úkony právnej služby spolu 279,66 Eur. Súd nepriznal odmenu za úkon - porada s klientom, keďže jej uskutočnenie nebolo súdu preukázané predložením potvrdenia.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2015 (2 x 8,39 Eur); režijný paušál spolu 16,78 Eur. Uvedený sumár úkonov právnej služby a ich hodnoty 296,44 Eur považuje súd podľa konkrétnych okolností predmetného prípadu za účelný a hospodárny (z hľadiska odmeňovania) pre uplatňovanie príslušného práva. C/ Súd priznal ako trovy konania aj zaplatený súdny poplatok vo výške 70 Eur.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https://www.kauzis.sk/judikatura/r/ECLI:SK:KSZA:2016:5015200531.2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