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21S/98/2015 z 25. 5. 2016</w:t>
      </w:r>
    </w:p>
    <w:p>
      <w:r>
        <w:t>Uznesenie Krajského súdu Žilina z 25. mája 2016, sp. zn. 21S/98/2015, ECLI:SK:KSZA:2016:5015200663.3</w:t>
      </w:r>
    </w:p>
    <w:p>
      <w:r>
        <w:t>Súd: Krajský súd Žilina</w:t>
      </w:r>
    </w:p>
    <w:p>
      <w:r>
        <w:t>Spisová značka: 21S/98/2015</w:t>
      </w:r>
    </w:p>
    <w:p>
      <w:r>
        <w:t>ECLI: ECLI:SK:KSZA:2016:5015200663.3</w:t>
      </w:r>
    </w:p>
    <w:p>
      <w:r>
        <w:t>Dátum vydania: 25. 5.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Žilina Spisová značka: 21S/98/2015 Identifikačné číslo súdneho spisu: 5015200663 Dátum vydania rozhodnutia: 26. 05. 2016 Meno a priezvisko sudcu, VSÚ: JUDr. Veronika Poláčková ECLI: ECLI:SK:KSZA:2016:5015200663.3 Uznesenie Krajský súd v Žiline v právnej veci žalobcu: SIAM FOOD, s.r.o., so sídlom Dr. I. Markoviča 2083/1, 915 01 Nové Mesto nad Váhom, IČO: 46 655 671, (pôvodný žalobca: JG STAVBY, spol. s r.o., 027 55 Dlhá nad Oravou 175, IČO: 44 569 441, vymazaný z obchodného registra dňa 27.11.2015), proti žalovanému: Finančné riaditeľstvo SR, Lazovná 63, 974 01 Banská Bystrica, o preskúmanie zákonnosti rozhodnutia žalovaného č. 1100308/1/209156/2015 zo dňa 20.05.2015, takto r o z h o d o l : Súd bude v konaní pokračovať s právnym nástupcom žalobcu: SIAM FOOD, s.r.o., so sídlom Dr. I. Markoviča 2083/1, 915 01 Nové Mesto nad Váhom, IČO: 46 655 671, ktorý bol vymazaný z obchodného registra dňa 14.04.2016, a to spoločnosťou: JUING OIL s.r.o., so sídlom Bratislavská 446/29, Dubnica nad Váhom, IČO: 36 699 179. o d ô v o d n e n i e : Žalobou zo dňa 01.07.2015 sa spoločnosť SIAM FOOD, s.r.o., so sídlom Dr. I. Markoviča 2083/1, 915 01 Nové Mesto nad Váhom, IČO: 46 655 671, domáha, aby súd zrušil rozhodnutie žalovaného č. 1100308/1/209156/2015 zo dňa 20.05.2015 a rozhodnutie Daňového úradu Žilina č. 9511401/5/133885/2015 zo dňa 20.01.2015 a vec vrátil žalovanému na ďalšie konanie. Podľa obsahu a povahy podania posúdil súd podanie žalobcu ako žalobu v zmysle § 249 Občianskeho súdneho poriadku (ďalej len „O.s.p.“) proti právoplatnému rozhodnutiu správneho orgánu a ďalej v konaní postupoval podľa § 247 a nasl. O.s.p., t. j. podľa II. hlavy, V. časti O.s.p. - Rozhodovanie o žalobách proti rozhodnutiam a postupom správnych orgánov. Podľa § 244 ods. 1 O.s.p. v správnom súdnictve preskúmavajú súdy na základe žalôb alebo opravných prostriedkov zákonnosť rozhodnutí a postupov orgánov verejnej správy. Podľa § 246c ods. 1 veta prvá O.s.p. pre riešenie otázok, ktoré nie sú priamo upravené v tejto časti, sa použijú primerane ustanovenia prvej, tretej a štvrtej časti tohto zákona. Podľa § 103 O.s.p. kedykoľvek za konania prihliada súd na to, či sú splnené podmienky, za ktorých môže konať vo veci (podmienky konania). Podľa § 104 ods. 1 vety prvej O.s.p. ak ide o taký nedostatok podmienky konania, ktorý nemožno odstrániť, súd konanie zastaví. Podľa § 107 ods. 4 O.s.p ak po začatí konania zanikne právnická osoba, súd pokračuje v konaní s jej právnym nástupcom, a ak právneho nástupcu niet, súd konanie zastaví. Podľa § 19 O.s.p. spôsobilosť byť účastníkom konania má ten, kto má spôsobilosť mať práva a povinnosti; inak len ten, komu ju zákon priznáva. Podľa § 18 ods. 1 zákona č. 40/1964 Zb. Občiansky zákonník v znení neskorších predpisov spôsobilosť mať práva a povinnosti majú aj právnické osoby. Podľa § 18 ods. 2 písm. a) zákona č. 40/1964 Zb. Občiansky zákonník v znení neskorších predpisov právnickými osobami sú združenia fyzických alebo právnických osôb. Podľa § 20a ods. 2 zákona č. 40/1964 Zb. Občiansky zákonník v znení neskorších predpisov právnická osoba zapísaná v obchodnom registri alebo v inom zákonom určenom registri zaniká dňom výmazu z tohto registra, pokiaľ osobitné zákony neustanovujú inak. Podľa § 20a ods. 3 zákona č. 40/1964 Zb. Občiansky zákonník v znení neskorších predpisov pred zánikom právnickej osoby sa vyžaduje jej likvidácia, pokiaľ celé jej imanie nenadobúda právny nástupca alebo osobitný zákon neustanovuje inak. Oblasť správneho súdnictva je samostatne upravená v piatej časti O.s.p. so subsidiárnym použitím prvej, tretej a štvrtej časti O.s.p., v prípade že niektorú otázku piata časť O.s.p. samostatne neupravuje. Definície účastníkov sú v správnom súdnictve pri jednotlivých konaniach takmer výlučne upravené špeciálnou úpravou piatej časti O.s.p., okrem spôsobilosti byť účastníkom konania (§ 19 O.s.p.) a procesnej spôsobilosti (§ 20 O.s.p.), ktoré sú upravené v prvej časti O.s.p. Inštitút procesnoprávnej subjektivity (§ 19 O.s.p.) spája spôsobilosť byť účastníkom občianskeho súdneho konania so spôsobilosťou mať práva a povinnosti (právnou subjektivitou), ktorá je upravená v § 7 a § 18 Občianskeho zákonníka (s výnimkou, že Občiansky súdny poriadok túto spôsobilosť osobitne prizná). Výmazom právnickej osoby z obchodného registra zaniká právna subjektivita právnickej osoby a zároveň aj spôsobilosť byť účastníkom konania. Ak po začatí konania zanikne právnická osoba, ktorá je účastníkom konania, je v zmysle § 107 ods. 4 O.s.p. procesnou povinnosťou súdu pokračovať v konaní s jej právnym nástupcom, a ak právneho nástupcu niet, konanie zastaviť. Z výpisu z obchodného registra súd zistil, že žalobca SIAM FOOD, s.r.o., bol vymazaný z obchodného registra dňa 14.04.2016 (po začatí súdneho konania) v dôsledku zrušenia žalobcu bez likvidácie jeho zlúčením so spoločnosťou JUING OIL s.r.o., ktorá sa stáva jeho právnym nástupcom. V zmysle ust. § 69a zákona č. 513/1991 Zb. Obchodný zákonník v znení neskorších predpisov nastávajú účinky splynutia, zlúčenia alebo rozdelenia spoločnosti jeho zápisom do obchodného registra. Z vyššie uvedených skutočností a citovaných zákonných ustanovení vyplýva, že žalobca SIAM FOOD, s.r.o., nie je naďalej aktívne procesne legitimovaným subjektom v predmetnom konaní a súd bude ďalej konať s jeho univerzálnym právnym nástupcom JUING OIL s.r.o.. Z dôvodu, že v predmetnej veci ide o riešenie čiastkovej procesnej otázky, nebolo rozhodované o náhrade trov konania. Poučenie: Proti tomuto uzneseniu opravný prostriedok nie je prípustný.</w:t>
      </w:r>
    </w:p>
    <w:p/>
    <w:p>
      <w:r>
        <w:t>Zdroj: KAUZIS.SK – https://www.kauzis.sk/judikatura/r/ECLI:SK:KSZA:2016:5015200663.3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