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Žilina sp. zn. 24Sd/144/2015 z 20. 1. 2016</w:t>
      </w:r>
    </w:p>
    <w:p>
      <w:r>
        <w:t>Opravné uznesenie Krajského súdu Žilina z 20. januára 2016, sp. zn. 24Sd/144/2015, ECLI:SK:KSZA:2016:5015200673.2</w:t>
      </w:r>
    </w:p>
    <w:p>
      <w:r>
        <w:t>Súd: Krajský súd Žilina</w:t>
      </w:r>
    </w:p>
    <w:p>
      <w:r>
        <w:t>Spisová značka: 24Sd/144/2015</w:t>
      </w:r>
    </w:p>
    <w:p>
      <w:r>
        <w:t>ECLI: ECLI:SK:KSZA:2016:5015200673.2</w:t>
      </w:r>
    </w:p>
    <w:p>
      <w:r>
        <w:t>Dátum vydania: 20.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Žilina Spisová značka: 24Sd/144/2015 Identifikačné číslo súdneho spisu: 5015200673 Dátum vydania rozhodnutia: 21. 01. 2016 Meno a priezvisko sudcu, VSÚ: JUDr. Zuzana Jančárová ECLI: ECLI:SK:KSZA:2016:5015200673.2 Opravné uznesenie Krajský súd v Žiline, v právnej veci navrhovateľa: G. V., nar. XX.X.XXXX, r.č.: XXXXXX/XXXX, bytom XXX XX G., P. č. XXX, právne zastúpený Mgr. Martinom Alušicom, advokátom so sídlom T. X/A, XXX XX G., proti odporkyni: Sociálna poisťovňa, ústredie, so sídlom Ul. 29. augusta č. 8-10, 813 63 Bratislava, o invalidný dôchodok, takto r o z h o d o l : Výroková časť rozsudku č. 24Sd/144/2015-45 zo dňa 30.11.2015 s a o p r a v u j e tak, že správne má znieť: „XXX XXX XXXX X“ zo dňa 25.5.2015“. o d ô v o d n e n i e : Na pojednávaní konanom dňa 30.11.2015 Krajský súd v Žiline v právnej veci navrhovateľa G. V., nar. XX.X.XXXX, proti odporkyni: Sociálna poisťovňa, ústredie Bratislava rozhodol rozsudkom, ktorým napadnuté rozhodnutie odporkyne Sociálnej poisťovne, ústredie Bratislava č. XXXXXX/XXXX zo dňa 25.5.2015 podľa § 250q ods. 2 O.s.p. potvrdil. V písomnom vyhotovení rozsudku krajského súdu došlo k chybe v písaní. Podľa § 164 O.s.p. súd kedykoľvek aj bez návrhu opraví v rozsudku chyby v písaní a počítaní, ako aj iné zrejmé nesprávnosti. O návrhu na opravu súd rozhodne do 30 dní od jeho podania. O oprave vydá opravné uznesenie, ktoré doručí účastníkom. V písomnom vyhotovení rozsudku, vo výrokovej časti na strane č. 1 súd nesprávne uviedol číslo preskúmavaného rozhodnutia č. XXX XXX XXXX X zo dňa 25.5.2015, pričom správne mal uviesť č. XXX XXX XXXX X zo dňa 25.5.2015. Pretože išlo o zrejmú nesprávnosť, bolo nutné v zmysle § 164 O.s.p. vykonať opravu tak, ako je uvedené vo výroku tohto uznesenia. Poučenie: Proti tomuto uzneseniu je prípustné odvolanie do 15 dní odo dňa jeho doručenia prostredníctvom Krajského súdu v Žiline na Najvyšší súd Slovenskej republiky v Bratislave, písomne v troch vyhotoveniach. V odvolaní sa má popri všeobecných náležitostiach podľa § 42 ods. 3 O.s.p. (t.j. ktorému súdu je určené, kto ho robí, ktorej veci sa týka, čo sleduje, musí byť podpísané - každý rovnopis vlastnou rukou, pri právnických osobách opatrený podpisom osoby oprávnenej konať za subjekt, ako aj odtlačkom pečiatky a datované) uviesť, proti ktorému rozhodnutiu smeruje, v akom rozsahu sa toto rozhodnutie napáda, v čom sa toto rozhodnutie alebo postup považuje za nesprávny a čoho sa odvolateľ domáha. Rozsah, v akom sa rozhodnutie napáda a dôvody odvolania môže odvolateľ rozšíriť len do uplynutia lehoty na odvolanie (§ 205 ods. 3 O.s.p.). Odvolanie treba predložiť s potrebným počtom rovnopisov a príloh tak, aby jeden rovnopis zostal na súde a aby každý účastník dostal jeden rovnopis s prílohami, ak je to potrebné. Ak účastník nepredloží potrebný počet rovnopisov a príloh, súd vyhotoví kópie na jeho trovy.</w:t>
      </w:r>
    </w:p>
    <w:p/>
    <w:p>
      <w:r>
        <w:t>Zdroj: KAUZIS.SK – https://www.kauzis.sk/judikatura/r/ECLI:SK:KSZA:2016:5015200673.2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