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20S/142/2015 z 26. 6. 2016</w:t>
      </w:r>
    </w:p>
    <w:p>
      <w:r>
        <w:t>Uznesenie Krajského súdu Žilina z 26. júna 2016, sp. zn. 20S/142/2015, ECLI:SK:KSZA:2016:5015200701.2</w:t>
      </w:r>
    </w:p>
    <w:p>
      <w:r>
        <w:t>Súd: Krajský súd Žilina</w:t>
      </w:r>
    </w:p>
    <w:p>
      <w:r>
        <w:t>Spisová značka: 20S/142/2015</w:t>
      </w:r>
    </w:p>
    <w:p>
      <w:r>
        <w:t>ECLI: ECLI:SK:KSZA:2016:5015200701.2</w:t>
      </w:r>
    </w:p>
    <w:p>
      <w:r>
        <w:t>Dátum vydania: 26.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20S/142/2015 Identifikačné číslo súdneho spisu: 5015200701 Dátum vydania rozhodnutia: 27. 06. 2016 Meno a priezvisko sudcu, VSÚ: JUDr. Erika Čanádyová ECLI: ECLI:SK:KSZA:2016:5015200701.2 Uznesenie Krajský súd v Žiline v právnej veci žalobcu: S. D., nar. XX.XX.XXXX, bytom XXX XX C. č. XX, proti žalovanému: Krajské riaditeľstvo Policajného zboru - Krajský dopravný inšpektorát, so sídlom Kuzmányho č. 26, 012 23 Žilina, o preskúmanie rozhodnutia žalovaného č. KRPZ-ZA-KDI-SK-35/2015 z 02.07.2015, takto jednomyseľne r o z h o d o l : Rozsudok Krajského súdu v Žiline č. k. 20S/142/2015-37 zo dňa 24. mája 2016, v odôvodnení rozsudku, na jeho trinástej strane, v poslednom odseku, kde krajský súd uviedol: „Žalobca mal v konaní úspech, pri aplikácii § 250k ods. 1 O.s.p. mu vzniká právo na náhradu trov konania. Žalobcovi v konaní vznikli trovy konania vo výške súdneho poplatku z podanej žaloby vo výške 35 €, vznik iných trov konania žalobca nepreukázal, preto krajský súd priznal žalobcovi proti žalovanému trovy konania vo výške 35 €.“, o p r a v u j e tak, že odsek správne znie: „Žalobca mal v konaní úspech, pri aplikácii § 250k ods. 1 O.s.p. mu vzniká právo na náhradu trov konania. Vzhľadom k tomu, že žalobca nevykonal návrh v zmysle § 151 ods. 1 veta prvá O.s.p., súd mu náhradu trov konania nepriznal.“ o d ô v o d n e n i e : Krajský súd v Žiline rozsudkom č. k. 20S/142/2015-37 zo dňa 24. mája 2016 rozhodol tak, že rozhodnutie žalovaného č. KRPZ-ZA-KDI-SK-35/2015 zo dňa 02.07.2015 podľa § 250j ods. 2 písm. a), d), e) O.s.p. zrušil a vec vrátil žalovanému na ďalšie konanie a žalobcovi náhradu trov konania nepriznal. V písomnom vyhotovení rozsudku, na trinástej strane odôvodnenia rozhodnutia, v poslednom odseku súd nesprávne uviedol, že „Žalobcovi v konaní vznikli trovy konania vo výške súdneho poplatku z podanej žaloby vo výške 35 €, vznik iných trov konania žalobca nepreukázal, preto krajský súd priznal žalobcovi proti žalovanému trovy konania vo výške 35 €.“ Podľa ustanovenia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151 ods. 1 veta prvá O.s.p. o povinnosti nahradiť trovy konania rozhoduje súd na návrh spravidla v rozhodnutí, ktorým sa konanie končí. Nakoľko z obsahu spisu nevyplýva návrh žalobcu na priznanie náhrady trov konania, krajský súd rozhodol tak, že žalobcovi náhradu trov konania nepriznal. Odôvodnenie (jeho časť) je teda v logickom rozpore s výrokom rozhodnutia, preto krajský súd opravil nesprávne formulovanú časť odôvodnenia rozhodnutia. Pretože išlo o zrejmú nesprávnosť, bolo nutné vykonať opravu v zmysle ust. § 164 veta prvá O.s.p., tak ako je uvedené vo výroku tohto uznesenia. Poučenie: Proti tomuto uzneseniu je prípustné odvolanie do 15 dní odo dňa jeho doručenia písomne dvojmo prostredníctvom Krajského súdu v Žiline na Najvyšší súd Slovenskej republiky v Bratislave. V Žiline, dňa 27.06.2016 JUDr. Erika Čanádyová predsedníčka senátu Za správnosť vyhotovenia: Miriama Talapková</w:t>
      </w:r>
    </w:p>
    <w:p/>
    <w:p>
      <w:r>
        <w:t>Zdroj: KAUZIS.SK – https://www.kauzis.sk/judikatura/r/ECLI:SK:KSZA:2016:5015200701.2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