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21S/157/2015 z 28. 6. 2016</w:t>
      </w:r>
    </w:p>
    <w:p>
      <w:r>
        <w:t>Rozsudok Krajského súdu Žilina z 28. júna 2016, sp. zn. 21S/157/2015, ECLI:SK:KSZA:2016:5015201029.2</w:t>
      </w:r>
    </w:p>
    <w:p>
      <w:r>
        <w:t>Súd: Krajský súd Žilina</w:t>
      </w:r>
    </w:p>
    <w:p>
      <w:r>
        <w:t>Spisová značka: 21S/157/2015</w:t>
      </w:r>
    </w:p>
    <w:p>
      <w:r>
        <w:t>ECLI: ECLI:SK:KSZA:2016:5015201029.2</w:t>
      </w:r>
    </w:p>
    <w:p>
      <w:r>
        <w:t>Dátum vydania: 28. 6. 2016</w:t>
      </w:r>
    </w:p>
    <w:p>
      <w:r>
        <w:t>Forma: Rozsudok</w:t>
      </w:r>
    </w:p>
    <w:p>
      <w:r>
        <w:t>Oblasť práva: Správne právo</w:t>
      </w:r>
    </w:p>
    <w:p>
      <w:pPr>
        <w:pStyle w:val="Heading2"/>
      </w:pPr>
      <w:r>
        <w:t>Text rozhodnutia</w:t>
      </w:r>
    </w:p>
    <w:p>
      <w:r>
        <w:t>Súd: Krajský súd Žilina Spisová značka: 21S/157/2015 Identifikačné číslo súdneho spisu: 5015201029 Dátum vydania rozhodnutia: 29. 06. 2016 Meno a priezvisko sudcu, VSÚ: JUDr. Erika Šobichová ECLI: ECLI:SK:KSZA:2016:5015201029.2 ROZSUDOK V MENE SLOVENSKEJ REPUBLIKY Krajský súd v Žiline, v senáte zloženom z predsedníčky senátu JUDr. Eriky Šobichovej a členov senátu JUDr. Veroniky Poláčkovej a JUDr. Zuzany Jančárovej, v právnej veci žalobcu: M. L., rod. L., nar. XX.XX.XXXX, r. č. XXXXXX/XXXX, bytom Y. XXXX/XX, XXX XX Z. - B. Z., právne zastúpený: LEGALSKILLS.SK, s.r.o., Leginárska 1/C, 831 04 Bratislava, IČO: 36 720 500, proti žalovanému: Okresný úrad Žilina, katastrálny odbor, Andreja Kmeťa 17, 011 32 Žilina, za účasti pribratého účastníka konania: Ing. Y. M., nar. XX.XX.XXXX, bytom B. O. XXX/X, XXX XX O., právne zastúpený: JUDr. František Beňo, advokát, so sídlom XXX XX O. XXX, v konaní o preskúmanie zákonnosti rozhodnutia žalovaného č. VA ROEP C 429/2013 zo dňa 02.12.2013, takto jednomyseľne r o z h o d o l : Krajský súd v Žiline rozhodnutie žalovaného č. VA ROEP C 429/2013 zo dňa 02.12.2013 podľa § 250j ods. 2 písm. e) O.s.p. z r u š u j e a vec v r a c i a žalovanému na ďalšie konanie. Žalovaný je povinný nahradiť žalobcovi na účet právneho zástupcu žalobcu trovy konania vo výške 423,60 Eur, pozostávajúce zo súdneho poplatku vo výške 70 Eur a z trov právneho zastúpenia vo výške 353,60 Eur, do 30 dní od právoplatnosti rozsudku. o d ô v o d n e n i e : Žalobca sa žalobou doručenou súdu dňa 11.11.2015 domáhal proti žalovanému postupu podľa § 250b ods. 2 O.s.p. a žiadal, aby mu vzhľadom k tomu, že mu rozhodnutie žalovaného správneho orgánu - č. VA ROEP C 429/2013 zo dňa 02.02.2013 nebolo doručené, hoci sa s ním ako s účastníkom konania malo konať, aby súd uložil správnemu orgánu povinnosť doručiť žalobcovi napadnuté správne rozhodnutie. V žalobe poukazoval na to, že je dedičom pána J. L., nar. XX.XX.XXXX, zomr. XX.XX.XXXX, naposledy bytom I. X, E.. Žalobca je spoluvlastníkom nehnuteľností nachádzajúcich sa v k. ú. O., obec Varín a v katastrálnom území N., obec Krasňany, na základe dedičských konaní po zosnulých rodičoch - matke Z. L. - osvedčenie o dedičstve č. k. 21D 854/2009, Dnot 316/2009 a otcovi J. L., zomr. XX.XX.XXXX, naposledy bytom I. X, E. - osvedčenie o dedičstve č. 17D 194/2012, Dnot 221/2012. Dňa 02.03.2015 do kancelárie právneho zástupcu žalobcu bolo doručené rozhodnutie žalovaného č. ROEP VA C 23/2015 zo dňa 24.02.2015, v ktorom v zmysle § 7 ods. 6 zákona č. 180/1995 Z. z. zamietol návrh žalobcu zo dňa 05.11.2014. V predmetnom rozhodnutí bolo uvedené, že na základe návrhu navrhovateľa pána Ing. Y. M. bol dňa 10.01.2011 podaný návrh na vydanie rozhodnutia o potvrdení nadobudnutia vlastníckeho práva vydržaním v zmysle § 11 ods. 1 zákona na parcele registra E KN č. 1035/103, 1035/203, 1100, 1253/101, 1253/201, 1253/301, 1253/401, 1253/501, 1253/2, 1254/1, 1254/2, 1254/3, 1254/4, 1254/,105, 1254/205, 1254/14, 1254/16, 1254/17, 1254/18, 1254/19, 1254/20, 1254/21, 1254/23, 1257, 1553/101, 1553/201, 1553/301, 3069, 3072/2, 3079, 3108, 3110, 3126, 3127, 3132, 3133, 3134, 3135, 3136, 3146/1, 3146/2, 3146/3, 3146/4, 3146/5, 3164/1, 3164/2, 3164/3, 3164/4, 3164/105, 3164/205, 3164/305 v podiele 7/2238, parcely registra E KN č. - 1142, 1143/1, 1143/2, 1143/3, 1143/4, 1143/6, 1144/1, 1144/2, 3163 v podiele 7/4476, parcely registra E KN č. - 3130, 3131 v podiele 21/8952, parcelu registra E KN č. 3165 v podiele 49/17904. Až na základe vyššie uvedeného rozhodnutia sa žalobca dozvedel o tom, akým spôsobom tieto pozemky, ktoré boli pred vydržaním evidované na rodičov žalobcu, pán M. nadobudol. Žalobca o tom, že ohľadne pozemkov po jeho rodičoch je podaný návrh na zapísanie vlastníckeho práva vôbec nevedel, pretože ho o tom nikto neinformoval ani nekontaktoval, napriek tomu, že v čase rozhodovania o vydržaní sa už aktívne o tieto pozemky ako dedič zaujímal. Až vyššie uvedeným rozhodnutím doručeným právnemu zástupcovi žalobcu dňa 02.03.2015 sa žalobca dozvedel o tomto konaní s presnou špecifikáciou predmetu vydržania - parciel. Na základe uvedeného žalobca touto žalobou žiada, aby súd preskúmal zákonnosť rozhodnutia a postupu Okresného úradu Žilina, katastrálneho odboru č. VA ROEP C 429/2013. Žalobca sa o svoje pozemky začal zaujímať v čase, keď sa pokúsili zistiť na Urbárskej obci, pozemkové spoločenstvo Varín, akým spôsobom prepísali podiely z jeho rodičov na jeho osobu, avšak predsedkyňa urbáru p. Cáderová mu uviedla, že podiely boli prevedené jeho matkou, p. Z. L. ešte v roku 1997, a teda ich už nevlastní. Následne však žalobca absolvoval dodatočné dedičské konanie po otcovi č. k. 17D 194/2012, Dnot 221/2012, kde nadobudol parcely v urbári Varín, a teda nadobudol oprávnený dojem, že boli na neho prevedené všetky nehnuteľnosti k tomuto času (rok 2012) vedené v príslušnom katastri nehnuteľností. Matka žalobcu p. Z. L. v roku 1997 nemohla nakladať s podielmi, ktoré boli napísané na otca žalobcu - J. L.. Čestným vyhlásením zo dňa 07.01.1997 mala p. Z. L. vyhlásiť, že je vlastníčkou 2,33 urbárskeho podielu v Urbárskej obci Varín, a že uvedené urbárske právo predáva v prospech Ing. Y. M.. Pri čestnom vyhlásení bol prítomný aj pán S. F., hospodár urbáru Varín, ktorý údaje uvedené vo vyhlásení potvrdil a čestné vyhlásenie je opatrené aj pečiatkou urbáru Varín. Uvedené čestné prehlásenie je neurčitým, nezrozumiteľným právnym úkonom, žalobca ani po oboznámení sa s listinou nevie identifikovať, čo malo byť predmetom prevodu, na základe čoho je nutné čestné prehlásenie považovať za neplatný právny úkon podľa § 37 ods. 1 Občianskeho zákonníka. Žalobca má za to, že urbáru Varín bolo známe, resp. malo a muselo byť známe, že vzhľadom k tomu, že podiel po poručiteľovi nebol zatiaľ prededený, nemôže urbár Varín prevod odsúhlasiť a údaje uvedené v čestnom vyhlásení ako správne potvrdiť. Žalobca má za to, že osoby konajúce za urbár Varín podľa zoznam členov urbára vedeli, resp. vedieť mali a museli, že podiely sú zapísané na pána J. L., a teda ich nemôže previesť pani L.. Pán M. si na účely prevodu mal tiež zistiť a dať si predložiť aktuálny zoznam urbárnikov, ktorý je verejnou listinou a disponuje ním príslušný štátny archív. Zo stavu vydokladovávania vlastníctva hlasov k 31.05.2012 pre ROEP, na ktoré nás osoby konajúce za urbár neupozornili a ktoré pri získavaní podkladov sami našli na internetovej stránke urbára Varín až v druhom polroku 2014 vyplýva, že p. Ing. Y. M. má počet hlasov 2,33, pričom svoje podiely nadobudol po J. L. a jeho manželke Z. L., rod. L.. Hneď po tomto zistení listom kontaktovali príslušný katastrálny odbor a tam uviedli, že ROEP je cca 1 mesiac právoplatný, pričom žalobca sa svojich práv domáhal už roku 2013, a teda pred právoplatnosťou ROEPu. V tomto čase už opäť údaje o ROEP na stránke nie sú prípustné, boli odstránené. Predmetné podiely, stav vydokladovávania vlastníctva k 31.05.2012 pre ROEP a informácie z urbáru Varín boli tiež súčasťou podkladov pre vyhovenie ROEP. Je vylúčené, aby sa na základe absolútne neplatného právneho úkonu, ktorý mohol byť urobený úmyselne, a teda dokonca by mohlo ísť o podvod, stalo, že žalobca príde o svoje podiely na nehnuteľnostiach, ktoré mu majú patriť, a ktoré majú byť podľa zákona prededené. Žalobca si po dedičskom konaní, ktoré prebiehalo v roku 2012 uplatnil svoje práva na urbári Varín, pretože dôvodne predpokladal, že ako dedič zdedil všetky podiely, ktoré boli písané na jeho otca J. L., mal za to, že ide o všetky jeho podiely, vrátane vyššie uvedených podielov vo veľkosti 2,33. Novoobjavené dedičstvo prejednával notár JUDr. Zdenko Piják, ktorému v tom čase orgány evidujúce majetok boli povinné identifikovať všetky nehnuteľnosti evidované na J. L. podľa vtedy platných dokumentov, aby ich mohol zahrnúť do dedičstva 17D 194/2012 na Okresnom súde v Žiline. JUDr. Piják v osvedčení o dedičstve uviedol, že BSM do úvahy neprichádza, lebo poručiteľ mal majetok v podielovom spoluvlastníctve. Žalobca sa kontaktoval na urbár Varín v čase, kedy zdedil svoje podiely v urbáre Varín, pričom mu zo strany urbáru Varín nebolo oznámené, že prebieha konanie ROEP a že si môže svoje práva uplatniť, a teda urbár Varín preukázateľne konal v prospech inej osoby a upieral tým práva žalobcovi; rovnako žalobca nedostal žiadne písomné oznámenie zo strany príslušného katastra, prípadne od komisie pre ROEP; ak boli informácie zverejnené na nejakých úradných tabuliach, o tom sa tiež nemohol dozvedieť, lebo trvale žije v Bratislave. O tom, že žalobca už nastúpil do časti práv svojich právnych predchodcov svedčí aj skutočnosť, že žalobca bol zapísaný na LV ako spoluvlastník pozemkov, ktoré boli v správe urbáru Varín už v roku 2012, teda o tomto určite musel mať vedomosť ako urbár Varín, tak aj pán M. a tak isto aj príslušný kataster vrátane komisie ROEP. Nemohla sa časť urbárskych podielov rozdeliť na časť, ktorú vlastní žalobca a časť, ktorú vydržal až po zápise dedičských konaní na LV 02.12.2013 p. M. pre pozemky, ktoré neboli zapísané na listoch vlastníctva, pričom tento podklad o pozemkoch žalobcovi neposkytol ani urbár Varín, teda žalobca o nich nevedel, ani nemohol vedieť a nemohol ich ani o značiť notárovi na prejednanie novoobjaveného dedičstva, ani notár nemohol uvedené pozemky zistiť svojim dopytom na príslušný kataster. V prípade, že by tzv. lesné pozemky boli vyhľadateľné a identifikovateľné aj notárom ako súdnym komisárom v čase prejednávania novoobjaveného dedičstva č. k. 17D/ 194/2012 na Okresnom súde v Žiline, došlo by k ich prepisu na žalobcu už v roku 2012. O zozname členov urbára sa žalobca nedozvedel vôbec a o podieloch na pozemkoch, ktoré boli prevedené na pána M. sa dozvedel žalobca až po tom, ako bol ukončený ROEP a príslušný kataster ho zapísal na LV, pretože napriek osobnej návšteve právneho zástupcu v sídle urbára tieto informácie mu neboli poskytnuté. Urbár Varín doteraz neposkytol žalobcovi ani právnemu zástupcovi špecifikáciu parciel, ktoré obohospodaruje urbár Varín a nie sú ešte zapísané v listoch vlastníctva, ide o tzv. lesné pozemky, lebo v zmluve o spoločenstve sú odkázané na prílohy, ktoré doteraz žalobcovi ani právnemu zástupcovi neboli poskytnuté, teda sa nachádzajú v právnej neistote. Túto právnu neistotu neodstránila ani komisia pre ROEP, ani kataster, ktorý by mal byť nestranný a napomáhať vlastníkom pri uplatňovaní si ich práv. Žalobca predtým ako bol ROEP uzatvorený a začal sa prepisovať na listy vlastníctva, požiadal kataster o zdržanie sa konania a následne podal žiadosť na komisiu, ale bez výsledku, resp. výsledkom zápisu sporného vlastníctva pána M. a zamietnutím žiadosti žalobcu. Upozornil, že urbár Varín už opakovane konal proti záujmom žalobcu, ktorý je jeho členom, a to najmä tým, že s ním nespolupracuje, neoznamuje podstatné informácie o ktoré ho žalobca žiada, odmieta s ním komunikovať, nepredkladá doklady, akékoľvek písomné žiadosti ignoruje. Až po uplatnení žalobcom bolo p. M. zapísané vlastnícke právo na základe vydržania, o ktorom bolo rozhodnuté až v roku 2013 a v čase, kedy sa žalobca už aktívne domáhal označenia svojho vlastníctva. Podľa LV p. M. nadobudol nehnuteľnosti na základe C-429/2013 - rozhodnutie o vydržaní podľa § 11 ods. 1 zákona č. 180/1995 Z. z.. Poukázal najmä na ust. § 11 ods. 1 a 8 zákona č. 180/1995 Z. z.. Vzhľadom k tomu, že žalobca svoje právo uplatnil skôr ako bolo zapísané nadobudnutie vlastníctva vydržaním p. M., mal za to, že rozhodnutie správneho orgánu o vydržaní bolo nezákonné, pretože žalobca o takomto konaní nevedel, pričom ako dedič, ktorý bol v tejto dobe už známy, mal byť do konania prizvaný. Žalobca má za to, že správny orgán mal v zmysle § 11 ods. 8 zákona č. 180/1995 Z. z. návrh na vydanie rozhodnutia o vydržaní zamietnuť vzhľadom k tomu, že vlastnícke právo k nehnuteľnostiam si ešte pred rozhodnutím o vydržaní uplatnil žalobca. Ďalej zdôraznil, že zaujímavosťou je, že aj podľa stavu vydokladovávania vlastníctva k 31.05.2012 pre ROEP mal p. Ing. Y. M. nadobudnúť podiel od pána J. L. a jeho manželky Z. L., čo však nebolo možné, pretože p. J. L. svoj podiel nikdy p. M. nepreviedol a podiely nepatrili do BSM. Toto všetko si zainteresované osoby pravdepodobne uvedomovali, a preto krátko po tom, ako sa začal o pozemky zaujímať žalobca, si nechal pán M. zapísať vlastnícke právo vydržaním o čom správny orgán, ani pán M.alobcu ako dediča neinformovali. Vzhľadom k tomu, že pán M. si uvedomoval, resp. musel si uvedomovať nedostatok formy, čo vyplýva aj z dôvodu, prečo si nechal vlastníctvo zapísať na základe vydržania, nemohol byť so zreteľom na všetky okolnosti dobromyseľný v tom, že mu vec alebo právo patrí, a teda nemohlo ísť o oprávnenú držbu, ktorá je základným predpokladom vydržania. V zmysle § 131 ods. 1 Občianskeho zákonníka je neoprávnený držiteľ povinný vždy vydať vec vlastníkovi spolu s jej plodmi a úžitkami a nahradiť škodu, ktorá neoprávnenou držbou vznikla. Podľa evidencie urbárnikov z roku 1958 sú vedení ako spoluvlastníci v celom urbáre Varín rodičia žalobcu, a to tak, že v katastri nehnuteľností bol ako vlastník v prvom rade evidovaný p. J. L. - otec žalobcu, nie matka p. Z. L.; o tomto postupe má vedomosť urbár Varín, ktorý sa mal celou záležitosťou zaoberať a nepripustiť, aby v takomto prípade došlo k domnelému vydržaniu sporných pozemkov M.. Vedomosť o tom, kto je vlastníkom urbár Varín preukázateľne mal, pretože disponoval zoznamom urbárnikov z roku 1958, v ktorom bol evidovaný p. J. L. a zároveň vedel, že o nehnuteľnosti sa zaujíma dedič p. J. L., teda žalobca. Na pozemkoch, ktoré sú v urbáre a boli prededené, lebo mali listy vlastníctva, figuroval výlučne otec žalobcu, čo vyplýva z dokladu z katastra pred prededením, čím je potvrdené, že nehnuteľnosti boli vo výlučnom vlastníctve p. J. L.. Uvedené údaje z katastra nehnuteľností boli považované za známe všetkým tretím osobám v zmysle zásady verejnosti katastra nehnuteľností, okrem urbáru Varín túto vedomosť o právnom stave musel mať aj príslušný kataster nehnuteľností. Nehnuteľnosti zapísané v PKN vložke boli neskôr zapísané na základe vydržania na p. M. v rámci konania ROEP záznamom z roku 2013 - viď aktuálny LV č. XXXX vo O. - obsahuje parcelu č. 1257, ktorá sa pôvodne nachádzala na PKV č. 793, čo sú lesy obhospodarované urbárom Varín a tam je p. M. pod č. 306. To, že pozemky patrili rodičom žalobcu, a že sa o ne žalobca zaujíma a dokonca časť pozemkov obhospodarovaných urbárom Varín prededil v dodatočnom dedičskom konaní predsedkyňa urbáru Varín vedela, a teda pri konaní ROEP pred komisiou túto skutočnosť mala uviesť ako spornú, rovnako mal túto skutočnosť za spornú v neprospech vydržania pána M. posúdiť aj zástupca katastra a odkázať sporové strany na súdne konanie v časti, v ktorej bolo požadované vydržanie a nepotvrdiť návrh na vydanie rozhodnutia o vydržaní. Ako už žalobca uviedol, až dňa 02.03.2015 bolo právnemu zástupcovi žalobcu doručené rozhodnutie, ktorým Okresný úrad Žilina, katastrálny odbor podľa § 7 ods. 6 zákona č. 180/1995 Z. z. zamietol návrh na zmenu údajov schváleného registra, ktorý podával žalobca. V odôvodnení vyššie uvedeného rozhodnutia sa uvádza, že dňa 10.02.2011 bol podaný návrh p. M. na vydanie rozhodnutia o potvrdení nadobudnutia vlastníckeho práva vydržaním podľa § 11 ods. 1 zákona č. 180/1995 Z. z.. Pán M.iadal vydať rozhodnutie o potvrdení nadobudnutia vlastníckeho práva vydržaním v zmysle § 11 ods. 1 zákona č. 180/95 po pôvodnom vlastníkovi evidovanom v pôvodnom zozname o účastníkoch po J. L. a manželke Z. L., rod. L., na základe čestného vyhlásenia - kúpy zo dňa 07.01.1997 od Z. L., pôvodnej vlastníčky, ktorá po smrti svojho manžela nakladala s vyššie uvedeným podielom, nakoľko na uvedenú kúpu nebola dodržaná forma. Pán M. podľa odôvodnenia nakladal so svojimi podielmi dobromyseľne, čo je podľa názoru žalobcu nemožné, vzhľadom k tomu, že si uvedomoval, že na predaj nie je dodržaná forma, a teda nemôže byť vlastníkom p. M., taktiež žiadal konkrétny podiel na konkrétnych parcelách, pričom vedel, že v čestnom prehlásení tieto údaje uvedené nie sú. Takisto poukázal na to, že v odôvodnení vyššie uvedeného rozhodnutia sa tiež uvádza, že p. J. L. a Z. L. boli vedení ako neznámi vlastníci, a preto s ich podielmi nakladal Slovenský pozemkový fond, ktorý súhlasil s podaným návrhom. Dňa 21.10.2014 bol doručený žalobcovi z SPF list zo dňa 16.10.2014, v ktorom SPF uviedol, že pri registrácií spoločenstva v roku 1996 Urbárska obec Varín predložila zoznam neznámych vlastníkov, kde sa mená J. L. ani Z. L. nenachádzajú. Z uvedeného vyplýva, že nemohlo ísť o neznámych vlastníkov tak ako sa uvádza v odôvodnení rozhodnutia. Žalobca má za to, že rozhodnutie žalovaného sa aj z vyššie uvedeného dôvodu opieralo o nepravdivé dôkazy a tvrdenia. Komisia na svojom zasadnutí 17.10.2013 v obci Varín posúdila návrh, ktorým odporučila návrhu vyhovieť. Okresný úrad Žilina, katastrálny odbor dňa 02.12.2013 vydal rozhodnutie, ktorým bol potvrdený návrh na vydanie rozhodnutia podľa § 11 ods. 1 zákona č. 180/1995 Z. z.. Komisia ako aj Okresný úrad, katastrálny odbor rozhodovali na konci roka 2013, čo bolo po tom, ako si žalobca uplatnil svoje práva na urbári Varín, a teda bolo známe, že o tieto pozemky, o ktorých komisia a okresný úrad rozhodoval sa zaujíma dedič, a teda mal byť do tohto konania prizvaný alebo aspoň oboznámený, resp. vypočutý k veci. Žalobca mal za to, že po aktívnej komunikácii s Urbárskou obcou Varín mal byť žalobca ako dedič prizvaný na konanie ohľadom nehnuteľností po svojich rodičoch. V čase zasadania komisie už bolo urbáru Varín známe, že o podiel, ktorý bol predmetom čestného vyhlásenia sa zaujíma dedič po J. L. a pani Z. L., a že si k tomuto podielu uplatnil aj vlastnícke právo. Vzhľadom na uvedené, že pokiaľ boli nehnuteľnosti priznané vydržaním p. M., nebolo rozhodnuté v súlade so zákonom, a na základe takéhoto konania nemohol p. M. dobromyseľne nadobudnúť predmetné nehnuteľností, pretože p. L. sa považoval za vlastníka od právoplatnosti dodatočného dedičského konania 17D 194/2012, Dnot 221/2012, čo oznámil aj urbáru Varín listom zo dňa 08.09.2013. Žalobcovi boli v roku 2012 zapísané pozemky príslušným katastrom nehnuteľností na základe dedičského konania 17D 194/2012, zároveň ten istý správny orgán, ktorý zapísal vlastníctvo žalobcu na spoločných nehnuteľnostiach urbáru Varín, ktoré bolo možné identifikovať, lebo boli zapísané na LV, následne o jeden rok kataster rozhodol o zápise vlastníckeho práva vydržaním na tretiu osobu: a) nie na dediča pôvodne zapísaného vlastníka p. J. L., b) ale už p. Z. L. ako vylúčenej vlastníčky, c) pričom nemal vedomosť o dedičovi poručiteľa, d) mal za to, že poručiteľ bol v čase vydržania v postavení nezisteného vlastníka, vyššie uvedený postup nebol správny, pretože bolo nutné dediča - žalobcu prizvať do konania podľa § 11 ods. 1 zákona č. 180/1995 Z. z. a následne s ním konať ako s účastníkom konania. Keďže správny orgán mal mať vedomosť o tom, že o pozemky, ktoré sú predmetom vydržania sa zaujíma dedič po pôvodnom vlastníkovi, nemal o vydržaní rozhodnúť. Správny orgán však namiesto toho urýchlene o vydržaní rozhodol, čím bolo p. M. zapísané vlastnícke právo k pozemkom po predkoch žalobcu. Žalobca má za to, že rozhodnutie o vydržaní bolo účelové o čom svedčí najmä rýchlosť jeho vydania len niekoľko týždňov po tom, ako sa žalobca o pozemky začal zaujímať. Žalobca mal v zmysle § 11 ods. 8 zákona č. 180/1995 Z. z. zamietnuť návrh na vydanie rozhodnutia o vydržaní, pretože si vlastnícke právo k pozemku uplatnila iná osoba, a to žalobca. Rozhodnutie žalovaného bolo vydané na základe nesprávneho úradného postupu, čím bola žalobcovi odňatá možnosť zúčastniť sa na konaní na základe čoho boli nehnuteľnosti patriace jeho rodičom na základe vydržania nadobudnuté p. M.. Taktiež ako už vyššie uviedli za to, že rozhodnutie žalovaného sa opiera o dôkazy, ktoré sa ukázali ako nepravdivé. Poukázal aj na § 14 ods. 1 správneho poriadku, podľa ktorého mal za to, že v konaní o návrhu na vydržanie mal byť žalobca účastníkom konania. Žalobca bol ukrátený na svojich subjektívnych právach, vychádzajúcich zo všeobecne záväzných právnych predpisov, ukrátený rozhodnutím a postupom žalovaného a komisie pre ROEP. Ukrátený bol predovšetkým na svojich právach s poukazom na § 3 ods. 1, 2, 4, 5 správneho poriadku. Vzhľadom na uvedené žiadal rozhodnutie žalovaného zrušiť a vec vrátiť žalovanému na ďalšie konanie. Žalovaný podal k žalobe písomné vyjadrenie doručené súdu dňa 30.11.2015. Dňa 16.12.2010 Správa katastra Žilina ako príslušný správny orgán podľa § 3 ods. 2 písm. b) zákona zverejnila návrh diela ROEP v katastrálnom území O. v zmysle ust. § 7 ods. 1 zákona č. 180/1995 Z. z.. Súčasne komisia na obnovu evidencie pozemkov a právnych vzťahov k nim - ďalej len komisia, doručila do vlastných rúk každému známemu účastníkovi konania, ktorého miesto trvalého pobytu a sídlo je známe, výpis z návrhu ROEP, týkajúci sa pozemkov, ktoré sú podľa zistených skutočností v jeho vlastníctve alebo v správe spolu s poučením o možnosti podania námietky a podania návrhu na konanie podľa § 11 ods. 1 zákona. V zmysle ust. § 11 ods. 3 a § 7 ods. 2 zákona platného v čase zverejnenia návrhu ROEP v k. ú. O. námietky spolu s ich odôvodnením a návrhy na vydanie rozhodnutia o potvrdení a nadobudnutí vlastníckeho práva vydržaním bolo možné podať komisií do 30 dní, odo dňa doručenia výpisu z návrhu ROEP, ak ide o účastníkov konania, ktorým sa výpis doručuje, odo dňa uverejnenia návrhu ROEP, ak ide o neznámych vlastníkov alebo účastníkov konania, ktorým výpis návrhu registra nebolo možné doručiť, alebo ich pobyt a sídlo nie sú známe. Podkladom na zostavenie písomnej časti diela ROEP, k. ú. O. boli údaje z pozemkovej knihy, LV a z verejných a iných listín. Urbárska obec, pozemkové spoločenstvo Varín má zapísané vlastníctvo k spoločným nehnuteľnostiam a v PK vložkách č. - 793, 795, 993, 1055/a v podiele 1/1 v PKV č. 1054, 1133, 1066 v podiele 1, v PKV č. 458 v podiele 3 a v PKV č. 816 v podiele 7/8. Nakoľko vo vyššie uvedených PKV je zapísaný ako vlastník - spolok bývalých urbárnikov obce Varín, Urbárska obec, pozemkové spoločenstvo Varín, doložila zhotoviteľovi diela ROEP zoznam urbárnikov z roku 1958, ktorý bol aktualizovaný o právne listiny, ktoré preukazovali zmenu vlastníctva z vlastníckeho práva ku konkrétnemu podielu. Podkladom pre zápis vlastníkov bolo aj rozhodnutie Okresného úradu Žilina, odbor pozemkový poľnohospodárstva a lesného hospodárstva a vydané v zmysle zákona č. 229/1991 Z. z., kde predmetom rozhodnutia bola iba poľnohospodárstva pôda. V pôvodnom zozname z roku 1958 bol vedený J. L. a manželka Z. L., rod. L. s počtom hlasov 3, 1/3. Predmetom osvedčenia o dedičstve 17D 194/2012 bola iba poľnohospodárska pôda zapísaná na LV na základe rozhodnutia Okresného úradu Žilina, odbor pozemkový. Vlastnícke právo k lesnej pôde boli v tom čase stále evidované v pozemkovej knihe na spolok bývalých urbárnikov obce Varín. Dňa 10.01.2011 bol komisii podaný návrh od navrhovateľa Y. M. na vydanie rozhodnutia o potvrdení nadobudnutia vlastníckeho práva vydržaním v zmysle § 11 ods. 1 zákona č. 180/1995 Z. z. k lesným pozemkom na parcele reg. E KN č. 1035/103, 1035/203, 1100, 1253/101, 1253/201, 1253/301, 1253/401, 1253/501, 1253/2, 1254/1, 1254/2, 1254/3, 1254/4, 1254/,105, 1254/205, 1254/14, 1254/16, 1254/17, 1254/18, 1254/19, 1254/20, 1254/21, 1254/23, 1257, 1553/101, 1553/201, 1553/301, 3069, 3072/2, 3079, 3108, 3110, 3126, 3127, 3132, 3133, 3134, 3135, 3136, 3146/1, 3146/2, 3146/3, 3146/4, 3146/5, 3164/1, 3164/2, 3164/3, 3164/4, 3164/105, 3164/205, 3164/305 v podiele 7/2238, parcely registra E KN č. - 1142, 1143/1, 1143/2, 1143/3, 1143/4, 1143/6, 1144/1, 1144/2, 3163 v podiele 7/4476, parcely registra E KN č. - 3130, 3131 v podiele 21/8952, parcelu registra E KN č. 3165 v podiele 49/17904. Navrhovateľ Ing. Y. M.iadal vydať rozhodnutie podľa § 11 ods. 1 po pôvodnom vlastníkovi evidovanom v pôvodnom zozname vlastníkov - po J. L. a manželke Z. v podiele 7/2238 na základe čestného vyhlásenia - kúpy zo dňa 07.01.1997 od Z. L., pôvodnej vlastníčky, ktorá po smrti svojho manžela nakladala s vyššie uvedeným podielom, nakoľko na uvedenú kúpu nebolo dodržaná procesná forma. Navrhovateľ nakladá s danými nehnuteľnosťami dobromyseľne a v dobrej viere, že tvoria jeho vlastníctvo vo vyššie uvedených podieloch. J. L. a Z. L., rod. L. boli v návrhu registra vedení ako neznámy vlastníci a v zmysle § 13 zákona ich zastupuje SPF, ktorý na zasadnutí komisie dňa 17.10.2013 vyslovil súhlas s podaným návrhom. Správny orgán v čase rozhodovania nemal vedomosť o tom, že o pozemky, ktoré sú predmetom vydržania sa zaujíma dedič po pôvodnom vlastníkovi. Komisia dňa 17.10.2013 v obci Varín posúdila návrh a vydala stanovisko, ktorým odporúčala návrhu vyhovieť. Na zasadnutí komisie bol prítomný aj zástupca urbáru, ktorý návrh nespochybnil a neuviedol skutočnosť, že p. M. L. sa zaujíma o predmetné pozemky. Pri posudzovaní návrhu komisia hlavne prihliadala na čestné vyhlásenie p. Z. L., ktorá svojim podpisom potvrdila, že urbársky podiel v hodnote 2,33 predala navrhovateľovi za sumu 11.000,00 Sk. Návrh bol správnemu orgánu odstúpený dňa 17.10.2013. Okresný úrad vydal dňa 02.12.2013 napadnuté rozhodnutie, ktorým bol potvrdený návrh na vydanie rozhodnutia podľa § 11 ods. 1 zákona vo vzťahu k špecifikovaným pozemkom. Krajský súd v Žiline uznesením č. k. 21S/157/2015-121 zo dňa 09.03.2016 uložil žalovanému povinnosť doručiť žalobcovi rozhodnutie žalovaného č. VA ROEP C 429/2013 zo dňa 02.12.2013 a to v lehote 15 dní od doručenia tohto uznesenia s poukazom na ust. § 250b ods. 2 O.s.p.. V odôvodnení rozhodnutia skonštatoval, že z predložených výpisov z PK vložky vyplynulo, že právni predchodcovia žalobcu boli vlastníkmi podielu na spoločných nehnuteľnostiach patriacich Spolku bývalých urbránikov obce Varín, dnes Urbárskej obce, pozemkové spoločenstvo Varín, ku ktorým žalovaný potvrdil nadobudnutie vlastníckeho práva vydržaním, čím nepochybne bolo zasiahnuté do vlastníckeho práva žalobcu, ako dedičovi po osobe, ktorej svedčí zápis v pozemkovej knihe. Po doručení predmetného rozhodnutia vo vzťahu k žalobcovi bol opätovne súdu predložený správny spis na rozhodnutie o žalobe žalobcu. Krajský súd v Žiline uznesením pod č. k. 21S/157/2015-141 zo dňa 01.06.2016 pribral do konania Ing. Y. M. pri aplikácií ust. § 250 ods. 1 O.s.p. vzhľadom k tomu, že jeho práva a povinnosti by zrušením napadnutého rozhodnutia mohli byť dotknuté. Pribratý účastník konania sa k žalobe žalobcu písomne vyjadril podaním zo dň20.6.2016 doručeným súdu dňa 22.6.2016 pričom poukazoval na oneskorenosť podanej žaloby, žiadal konanie zastaviť. Z vecnoprávneho hľadiska uviedol, že žalobca nie je opomenutým účastníkom konania pretože v pozemkovej knihe ako vlastník spoločnej nehnuteľnosti bol zapísaný Spolok bývalých urbárnikov obce Varín. Taktiež uviedol, že právni predchodcovia žalobcu v čase ich smrti už neboli vlastníkmi 2,33 podielu, ktorý legálne a v súlade so zákonom nadobudol pribratý účastník konania kúpou od Z. L. dňa 7.1.1997 a táto sa následne premietla do nadobudnutia sporných nehnuteľností vydržaním deklarovaných napadnutým rozhodnutím. Nič nebráni žalobcovi, aby sa svojho vlastníckeho práva domáhal žalobca prostredníctvom určovacej žaloby, čo aj v minulosti urobil, avšak žalobu zobral späť. Krajský súd v Žiline v predmetnej veci nariadil termín pojednávania na deň 29.06.2016. Krajský súd v Žiline po preskúmaní napadnutého rozhodnutia žalovaného správneho orgánu v rozsahu danom žalobnými dôvodmi žalobcu, ako aj preskúmania celého postupu žalovaného mal za to, že rozhodnutie žalovaného je potrebné zrušiť pri aplikácií § 250j ods. 2 písm. e) O.s.p., podľa ktorého súd zruší napadnuté rozhodnutie správneho orgánu, ak v konaní správneho orgánu bola zistená taká vada, ktorá mohla mať vplyv na zákonnosť napadnutého rozhodnutia.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3 O.s.p., predmetom preskúmania môže byť za podmienok ustanovených v odsekoch 1 a 2 aj rozhodnutie, proti ktorému zákon nepripúšťa opravný prostriedok, ak sa stalo právoplatným. Podľa § 1 ods. 1 zákona č. 180/1995 Z. z., v konaní o obnove evidencie niektorých pozemkov a právnych vzťahov k nim (ďalej len "konanie") sa zisťujú dostupné údaje o pozemkoch a právnych vzťahoch k nim a na ich základe sa zostavuje a schvaľuje register obnovenej evidencie pozemkov (ďalej len "register"). Podľa § 5 ods. 1 zákona č. 180/1995 Z. z., na konanie podľa tohto zákona sa vzťahujú všeobecné predpisy o správnom konaní, 8) ak nie je v tomto zákone ustanovené inak, alebo ak konanie neupravujú osobitné predpisy 9) okrem postupov pri zostavovaní zjednodušeného registra. 8) Zákon č. 71/1967 Zb. 9) Zákon Národnej rady Slovenskej republiky č. 162/1995 Z. z. Podľa § 11 ods. 1 zákona č. 180/1995 Z. z., správny orgán na návrh účastníka konania (ďalej len "navrhovateľ") rozhodnutím potvrdí, že navrhovateľ nadobudol vlastníctvo k pozemku vydržaním, ak sú splnené podmienky ustanovené týmto zákonom. Účastníkom konania je aj dedič oprávneného držiteľa. Podľa § 11 ods. 2 zákona č. 180/1995 Z. z., správny orgán v rozhodnutí podľa odseku 1 uvedie deň, ktorým navrhovateľ nadobudol vlastníctvo k pozemku vydržaním. Podľa § 11 ods. 3 zákona č. 180/1995 Z. z., návrh na vydanie rozhodnutia podľa odseku 1 možno podať len na účely konania a najneskôr s podaním námietok (§ 7 ods. 2). Podľa § 11 ods. 4 zákona č. 180/1995 Z. z., návrh musí obsahovať skutočnosti o splnení podmienok vydržania ustanovených osobitným predpisom, 19) pričom a) navrhovateľ si môže započítať aj čas pred účinnosťou osobitného predpisu, 20) b) prekážkou vydržania podľa tohto zákona nie je, ak pozemok bol v užívaní poľnohospodárskej organizácie alebo lesnej organizácie podľa skorších predpisov alebo ak je pozemok v čase podania návrhu v nájme. 21) 19) § 134 Občianskeho zákonníka. 20) Zákon č. 509/1991 Zb., ktorým sa mení, dopĺňa a upravuje Občiansky zákonník. 21) § 22 zákona č. 229/1991 Zb. Podľa § 11 ods. 5 zákona č. 180/1995 Z. z., navrhovateľ pripojí k návrhu dôkazy, ktoré má k dispozícii, alebo označí iné dôkazy, ktoré sú mu známe. Podľa § 11 ods. 6 zákona č. 180/1995 Z. z., pri podávaní návrhov a prejednaní v komisii sa použije postup podľa § 7 ods. 3. Podľa § 11 ods. 7 zákona č. 180/1995 Z. z., Pri rozhodovaní podľa odseku 1 sa nepoužijú ustanovenia osobitného predpisu. 22) 22) § 16 ods. 3 zákona Slovenskej národnej rady č. 330/1991 Zb. v znení neskorších predpisov. Podľa § 11 ods. 8 zákona č. 180/1995 Z. z., správny orgán zamietne návrh na vydanie rozhodnutia podľa odseku 1, ak a) nie sú splnené podmienky na nadobudnutie vlastníctva vydržaním podľa tohto zákona, b) si vlastnícke právo k pozemku uplatnila v tomto konaní aj iná osoba alebo ak vlastnícke právo k pozemku je predmetom konania podľa osobitného predpisu. 23) 23) Napríklad § 137 písm. c) Civilného sporového poriadku, § 9 zákona č. 229/1991 Zb. Podľa § 11 ods. 9 zákona č. 180/1995 Z. z., proti rozhodnutiu podľa odseku 1 nemožno podať opravný prostriedok. Podľa § 11 ods. 10 zákona č. 180/1995 Z.z. rozhodnutie podľa odseku 8 je konečné. Tým nie je dotknuté právo navrhovateľa domáhať sa určenia vlastníctva na súde podľa osobitného predpisu. 25) Podľa § 11 ods. 11 zákona č. 180/1995 Z. z., nadobudnutie vlastníctva vydržaním na základe rozhodnutia vydaného podľa odseku 1 sa zapíše do registra. Tým nie je dotknuté právo iných osôb domáhať sa určenia vlastníctva na súde. Podľa § 14 ods. 1 zákona č. 71/1967 Zb.,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14 ods. 2 zákona č. 71/1967 Zb., účastníkom konania je aj ten, komu osobitný zákon také postavenie priznáva. Podľa § 3 ods. 2 zákona č. 71/1967 Zb.,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1 zákona č. 71/1967 Zb., účastník konania a zúčastnená osoba má právo navrhovať dôkazy a ich doplnenie a klásť svedkom a znalcom otázky pri ústnom pojednávaní a miestnej ohliadke. Podľa § 33 ods. 2 zákona č. 71/1967 Zb., správny orgán je povinný dať účastníkom konania a zúčastneným osobám možnosť, aby sa pred vydaním rozhodnutia mohli vyjadriť k jeho podkladu i k spôsobu jeho zistenia, prípadne navrhnúť jeho doplnenie. Z administratívneho spisu žalovaného správneho orgánu mal súd preukázané, že žalovaný rozhodnutím pod č. VA ROEP C 429/2013 zo dňa 02.12.2013 rozhodol vo vzťahu k Ing. Y. M. ( pribratý účastník do tohto konania ), vo vzťahu k jeho žiadosti o nadobudnutie vlastníctva k PK parcelám v k. ú. O., ktoré sú zapísané: v pozemkovoknižnej vložke č. 793, a to parcely KŇ-E 1035/103 trvalé trávne porasty o výmere 111m2, KN-E 1035/203 trvalé trávne porasty o výmere 210 m2, KN-E 1100 orná pôda o výmere 1081 m2, KN-E 1253/101 lesné pozemky o výmere 124 6752 m2, KN-E 1253/201 lesné pozemky o výmere 101 m2, KN-E. 1253/301 lesné pozemky o výmere 349 m2, KN-E 1253/401 lesné pozemky o výmere 42 m2, KN-E 1253/501 lesné pozemky' o výmere 911 m2, KN-E 1253/2 lesné pozemky o výmere 1876 m2, KN-E 1257 lesné pozemky o výmere 1 7415 m2, KN-E 1553/101 trvalé trávne porasty o výmere 1309 m2, KN-E 1553/201 trvalé trávne porasty o výmere 815 m2, KN-E 1553/301 trvalé trávne porasty o výmere 1951 m2, KN-E 3069 trvalé trávne porasty o výmere 3 9390 m2, KN-E 3072/2 trvalé trávne porasty o výmere 3104 m2, KN-E 3079 trvalé trávne porasty o výmere 13 2624 m2, KN-E 3108 lesné pozemky o výmere 2789 m2, KN-E 3110 lesné pozemky o výmere 1147 m2, KN-E 3126 lesné pozemky o výmere 5733 m2, KN-E 3132 lesné pozemky o výmere 9759 m2, KN-E 3133 lesné pozemky o výmere 2 7243 m2, KN-E 3134 lesné pozemky o výmere 2 9317 m2, KN-E 3135 lesné pozemky o výmere 8067 m2, KN-E 3136 lesné pozemky o výmere 91 6399 m2, KN-E 3146/1 orná pôda o výmere 1 2725 m2, KN-E 3146/2 lesné pozemky o výmere 2006 m2, KN-E 3146/3 trvalé trávne porasty o výmere 1 5922 m2, KN-E 3146/4 lesné pozemky o výmere 5271 m2, KN-E 3146/5 lesné pozemky o výmere 207 m2, KN-E'5164/1 lesné pozemky o výmere 8 4700 m2, KN-E 3164/2 lesné pozemky o výmere 3179 m2, KŇ|E 3164/3 lesné pozemky o výmere U 3 60 m2, KN-E 3164/4 lesné pozemky o výmere 43*4609 m2, KN-E 3164/105 lesné pozemky o výmere 2820 m2, KN-E 3164/205 lesné pozemky o výmere 6 m2, KN-E 3164/305 lesné pozemky o výmere 2 8088 m2. v pozemkovoknižnej vložke č. 795, a to parcely KN-E 1254/14 lesné pozemky o výmere 140 8255 m2, KN-E 1254/16 trvalé trávne porasty o výmere 1326 m2, KN-E 1254/17 lesné pozemky o výmere 3 4241 m2, KN-E 1254/18 trvalé trávne porasty o výmere 1 8202 m2, KN-E 1254/19 trvalé trávne porasty o výmere 1 5632 m2, KN-E 1254/20 trvalé trávne porasty o výmere 5 5870 m2, KN-E 1254/21 trvalé trávne porasty o výmere 115 m2, KN-E 1254/23 trvalé trávne porasty o výmere 468 m2. v pozemkovoknižnej vložke č. 994. a to parcela KN-E 3127 lesné pozemky o výmere 2 2998 m2. v pozemkovoknižnej vložke č. 1055/a. a to parcely KN-E 1254/1 lesné pozemky o výmere 8 9124 m2, KN-E 1254/2 lesné pozemky o výmere 5 3623 m2f KN-E 1254/3 lesné pozemky o výmere 48 8435 m2, KN-E 1254/4 trvalé trávne porasty o výmere 3944 ŕn2, KN-E 1254/105 trvalé trávne porasty o výmere 584 m2, KŇ-E 1254/205 trvalé trávne porasty o výmere 1450 m2. v pozemkovoknižnej vložke Č. 1054, a to parcely KN-E 1142 lesné pozemky o výmere 79 m2, KN-E 1144/1 lesné pozemky o výmere 1086 m2, KN-E 1144/2 lesné pozemky o výmere 2903 m2. • v pozemkovoknižnej vložke č. 1066, a to parcela KN-E 3163 lesné pozemky o výmere 4316 m2. v pozemkovoknižnej vložke č. 1133, a to parcely. KN-E 1143/1 lesné pozemky o výmere 12 8009 m2, KN-E 1143/2 lesné pozemky o výmere 1 8458 m2, KN-E 1143/3 lesné pozemky o výmere 14 7135 m2, KN-E 1143/4 lesné pozemky o výmere 1442 m2, KN-E 1143/6 lesné pozemky o výmere 11 6580 m2. v pozemkovoknižnej vložke č. 458, a to parcely KN-E 3130 trvalé trávne porasty o výmere 5589 m2, KN-E 3131 trvalé trávne porasty o výmere 4784 m2. • v pozemkovoknižnej vložke č. 816, a to parcela KN-E 3165 lesné pozemky o výmere 3494 m2. Rozhodnutie bolo vydané podľa § 11 ods. 1 zákona č. 180/1995 Z. z.. Vlastnícke právo vydržaním bolo nadobudnuté vo vzťahu k žiadateľovi Ing. M. dňom 16.03.2009, 16.08.2004, 08.01.2007 a 08.12.2008. V odôvodnení rozhodnutia žalovaný poukázal na to, že navrhovateľ podal dňa 10.11.2011 v rámci konania ROEP komisii návrh na vydanie rozhodnutia o potvrdení nadobudnutia vlastníckeho práva vydržaním v zmysle § 11 ods. 1 zákona na parcely registra KN E č. 1035/103, 1035/203, 1100, 1253/101, 1253/201, 1253/301, 1253/401, 1253/501, 1253/2, 1254/1, 1254/2, 1254/3, 1254/4, 1254/,105, 1254/205, 1254/14, 1254/16, 1254/17, 1254/18, 1254/19, 1254/20, 1254/21, 1254/23, 1257, 1553/101, 1553/201, 1553/301, 3069, 3072/2, 3079, 3108, 3110, 3126, 3127, 3132, 3133, 3134, 3135, 3136, 3146/1, 3146/2, 3146/3, 3146/4, 3146/5, 3164/1, 3164/2, 3164/3, 3164/4, 3164/105, 3164/205, 3164/305 v podiele 7/2238, parcely registra E KN č. - 1142, 1143/1, 1143/2, 1143/3, 1143/4, 1143/6, 1144/1, 1144/2, 3163 v podiele 1/1492, 1/5222, 1/4476, 7/4476, 3/1492, parcely registra KN-E 3130, 3131 v podiele 3/2984, 3/10444, 3/8952, 21/8952 a 9/2984, parcely registra KN-E 3165 v podiele 7/5968, 7/20888, 7/17904, 49/17904 a 21/5968. K návrhu boli predložené čestné vyhlásenia Ing. Y. M., B. M. - predaj zo dňa 15.03.1999, čestné vyhlásenie W. X., čestné vyhlásenie Z. L. - predaj zo dňa 07.01.1997, čestné vyhlásenia O. Z. - predaj zo dňa 07.12.1998, kópie PKV 793, 1054, 1133, 1055/a, 795, 994, 458, 1066, 816, potvrdenie Urbárskej obce pozemkové spoločenstvo Varín o výške spoluvlastníckeho podielu a vyjadrenie Obce Varín. Komisia na svojom zasadnutí zo dňa 17.10.2013 vydala stanovisko, ktorým odporučila návrh potvrdiť. Žalovaný preskúmal návrh, stanovisko komisie a predložené dôkazy a zistil, že navrhovateľ navrhuje vydať rozhodnutie podľa § 11 ods. 1 zákona po pôvodnom vlastníkovi evidovanom v pôvodnom zozname vlastníkov - po N. J. v podiele 1/746, po W. K., rod. Q. v podiele 1/2611, po T. K. v podiele 1/2238, po J. L. a Z. L., rod. L. v podiele 7/2238 a po V. Z. v podiele 3/746. Ing. Y. M. nadobudol podiel (vo vzťahu k žalobcovi), podiel 7/2238 na základe čestného vyhlásenia - kúpy zo dňa 07.01.1997 od Z. L., pôvodnej vlastníčky, ktorá po smrti svojho manžela nakladala s vyššie uvedeným podielom. Na uvedené dary a kúpy však nebola dodržaná procesná forma. Navrhovateľ nakladal s danými nehnuteľnosťami dobromyseľne a v dobrej viere, že tvoria jeho vlastníctvo vo vyššie uvedených podieloch. Uvedené pozemky nie sú predmetnom súdneho sporu. Žalovaný poukázal aj na ust. § 129 a § 130 Občianskeho zákonníka. S poukazom na skutočnosť, že v konaní navrhovateľ preukázal splnenie podmienok na nadobudnutie vlastníctva k pozemkom vydržaním, správny orgán rozhodol tak, ako je uvedené vo výrokovej časti tohto rozhodnutia. Z predloženého osvedčenia o dedičstva 21D 854/2009-23 zo dňa 01.03.2010 bolo zistené, že Z. L., rod. L., nar. XX.XX.XXXX, naposledy bytom E., I. XXXX/XX, zomrela dňa XX.XX.XXXX. Ako dedičia zo zákona v prvej dedičskej skupine prichádzajú do úvahy deti a vnuci poručiteľky, medzi inými aj M. L. - žalobca. Ďalej z osvedčenia o dedičstve zo dňa, resp. sp. zn. 17D 194/2012, Dnot 221/2012 zo dňa 24.01.2013 bolo zistené, že J. L., rod. L., nar. XX.XX.XXXX, naposledy bytom E., I. zomrel dňa XX.XX.XXXX. Ako dedičia zo zákona v prvej dedičskej skupine prichádzali do úvahy deti a vnuci poručiteľa, medzi inými aj M. L., nar. XX.XX.XXXX - žalobca. Zo zoznamu urbárnikov Spolku bývalých urbárnikov obce Varín z roku 1958 mal súd zistené, že pod por. č. 216 figurovali v tomto zozname, ako členovia Spolku bývalých urbárnikov vo Varíne pod por. č. 216 - L. J. a manželka Z., rod. L. s počtom hlasov 3, 1/3. Zároveň nebolo sporné, že v pozemkovej knihe - napr. zápis PK vložka č. 793 O. a aj ostatné bolo vlastníctvo vedené na Spolok bývalých urbárnikov obce Varín. Z uvedeného jednoznačne vyplýva, že keďže predmetom rozhodnutia žalovaného boli aj pozemky, ktoré boli vedené a evidované na právnych predchodcov žalobcu, a to J. L. a Z. L., rod. L. ( rodičia žalobcu ), mal byť žalobca účastníkom daného správneho konania. Keďže účastníkom tohto správneho konania žalobca nebol, súd na základe vyššie špecifikovaného uznesenia rozhodol o povinnosti doručiť napadnuté rozhodnutie žalobcovi s poukazom na § 250b ods. 2 O.s.p. ( uznesenie KS v Žiline pod č.k. 21S 157/2015 zo dňa 9.3.2016 ). Je nesporné, že účastníkom tohto konania vzhľadom na uvedené skutočnosti mal byť aj žalobca, pričom ako je zrejmé z obsahu pripojeného administratívneho spisu, so žalobcom sa ako s účastníkom daného konania vôbec nekonalo. Nedôvodná bola námietka žalovaného, že správny orgán nemal vedomosť o tom, že o pozemky , ktoré sú predmetom vydržania sa zaujíma dedič po pôvodnom vlastníkovi a že J. L. a Z. rod. L. ako rodičia žalobcu boli v návrhu registra vedení ako neznámi vlastníci, že ich z tohto dôvodu zastupoval Slovenský pozemkový fond podľa § 13 zákona. Uvedené skutočnosti sa nezakladajú na pravde, keďže žalobca súdu preukázal, že po L. J. a Z. L. rod. L. riadne prebehli dedičské konania, tak ako súd uviedol, takže títo nemohli byť neznámi, a teda v rámci konania ich nemohol zastupovať Slovenský pozemkový fond, ktorý zastupuje v konaní neznámych vlastníkov. Žalovaný mal podľa názoru súdu v konaní konať s právnymi nástupcami J. L. a Z. L., keďže išlo v konaní o vlastníctvo resp. spoluvlastníctvo uvedených osôb, ktoré vyplývalo z predloženého zoznamu urbárnikov - Spolku bývalých urbárnikov vo Varíne zo dňa 31.8.1958, z ktorého pri svojom rozhodovaní vychádzal aj žalovaný. Samotný žalovaný poukazuje aj na to, že v rámci konania vychádzal aj s tzv. čestného prehlásenia Z. L. zo dňa 7.1.1997, kde Z. L. mala čestne prehlásiť, že podiely v Urbárskej obci Varín - 2,33 urbárskeho podielu predáva v prospech pribratého účastníka konania. Uvedené mal potvrdiť S. F.- hospodár UO Varín. Na tomto čestnom prehlásení bola Z. L., rod. L. identifikovaná dátumom narodenia, bydliskom. Nič nebránilo žalovanému zaobstarať si zistenie, či táto zomrela, resp. zaobstarať si po nej aj okruh dedičov s ktorými mal správny orgán konať ako s účastníkmi konania, medzi inými teda aj so žalobcom. Nie je sporné, že s poukazom na § 5 ods. 1 zákona č. 180/1995 Z.z. sa aj dané konanie podľa § 11 a nasl. zákona č. 180/1995 Z.z. vzťahuje Správny poriadok t.j. zákon č 71/1967 Zb. v platnom znení. Žalobca uvedené skutočnosti namieta s tým, a zároveň súd aj poukazuje na to, že v zmysle § 33 ods. 1 zákona č. 71/1967 Zb. účastník konania a zúčastnená osoba má právo v rámci správneho konania navrhovať dôkazy a ich doplnenia, klásť svedkom a znalcom otázky pri ústnom pojednávaní a miestnej ohliadke. Správny orgán je zároveň povinný dať účastníkom konania a zúčastneným osobám možnosť, aby sa pred vydaním rozhodnutia mohli vyjadriť k jeho podkladu, i k spôsobu jeho zistenia, prípadne navrhnúť jeho doplnenie, uvedené vyplýva z § 33 ods. 2 Správneho poriadku. Bola porušená aj tzv. zásada súčinnosti v konaní. Vzhľadom na uvedené skutočnosti, keďže správny orgán nekonal so žalobcom ako s účastníkom daného konania v zmysle § 14 ods. 1 O.s.p., súd poukazuje na to, že boli porušené procesné práva žalobcu, a preto v danom vzhliadol inú vadu konania - § 250j ods. 2 písm. e) O.s.p. a vec, resp. rozhodnutie žalovaného zrušil a vec vrátil na ďalšie konanie. Súd poukazuje ďalej na to, že v zmysle ust. § 250j ods. 7 O.s.p., správne orgány sú viazané právnym názorom súdu. V ďalšom konaní žalovaný zabezpečí, aby neboli porušené práva žalobcu na spravodlivé konanie s poukazom na ust. § 3 ods. 1, 2, 4 Správneho poriadku, dá žalobcovi príležitosť, aby sa k návrhu pribratého účastníka konania vyjadril, prípadne navrhol v konaní dôkazy s tým, že vo veci následne rozhodne opätovne o návrhu pribratého účastníka konania o vydržaní príslušného podielu na špecifikovaných nehnuteľnostiach pri dodržaní zákonného procesného postupu v zmysle ustanovení Správneho poriadku s poukazom najmä na ust. § 33 ods. 1, 2 Správneho poriadku. Žalobca bol v konaní úspešným účastníkom konania, preto má pri aplikácii ust. § 250k ods. 1 O.s.p. právo na náhradu trov konania. Tieto si uplatnil prostredníctvom právneho zástupcu vo vyčíslení trov konania zo dňa 27.06.2016 v celkovej výške 838,98 Eur, pozostávajúcich zo súdneho poplatku vo výške 70 Eur a z trov právneho zastúpenia za šesť úkonov právnej služby: 1. prevzatie a príprava zastúpenia - 64,54 Eur, 2. pokus o mimosúdne riešenie veci na osobnom rokovaní na Okresnom úrade Žilina dňa 17.09.2015 - 64,54 Eur, 3. žaloba - 64,54 Eur, 4. vyjadrenie zo dňa 30.11.2015 - 64,54 Eur, 5. doplnenie podania zo dňa 09.02.2016 - 66 Eur, 6. vyjadrenie zo dňa 27.06.2016 - 66 Eur; a ďalej z náhrady hotových výdavkov - režijný paušál 4 x 8,39 Eur a 2 x 8,58 Eur a DPH. V súvislosti s úkonom právnej služby 2/ právny zástupca uplatňoval náhradu za stratu času v sume 139,80 Eur a cestovné v sume 100,12 Eur. Súd preskúmal písomnú špecifikáciu uplatnených trov konania predloženú právnym zástupcom žalobcu a priznal žalobcovi náhradu trov konania pozostávajúcich zo súdneho poplatku a z trov právneho zastúpenia za štyri úkony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2014 prestavuje sumu 804 Eur, pre rok 2015 sumu 839 Eur a pre rok 2016 predstavuje sumu 858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2014 prestavuje sumu 134 Eur, pre rok 2015 sumu 139,82 Eur a pre rok 2016 predstavuje sumu 143 Eur. V predmetnej veci sa jednalo o prieskum rozhodnutia vo veci potvrdenia nadobudnutia vlastníckeho práva vydržaním správnym orgánom v rámci procesu obnovy evidencie pozemkov a právnych vzťahov k nim za účelom zostavenia a schválenia registra obnovenej evidencie pozemkov, a teda za zastupovanie v takejto veci za jeden úkon právnej služby patrí odmena vo výške jednej šestiny výpočtového základu. Súd pri výpočte trov konania vychádzal z uplatnených súm tarifnej odmeny, nakoľko v zmysle § 13 ods. 1 vyhlášky môže advokát základnú sadzbu tarifnej odmeny znížiť a zároveň v súlade s dispozičnou zásadou súd nemôže priznať náhradu trov nad rámec návrhu. Súd priznal odmenu za štyri úkony právnej služby, a to za: 1. prevzatie a prípravu zastúpenia vrátane prvej porady s klientom zo dňa 18.07.2014, ako vyplýva z plnomocenstva doloženého k žalobe, v súlade s § 13a ods. 1 písm. a) vyhlášky vo výške 64,54 Eur, 2. písomne podanie na súd - žaloba zo dňa 04.11.2015 v súlade s § 13a ods. 1 písm. c) vyhlášky vo výške 64,54 Eur, 3. písomne podanie na súd - doplnenie podania zo dňa 09.02.2016 v súlade s § 13a ods. 1 písm. c) vyhlášky vo výške 66 Eur, 4. písomne podanie na súd - vyjadrenie zo dňa 27.06.2016 v súlade s § 13a ods. 1 písm. c) vyhlášky vo výške 66 Eur. Odmena za úkony právnej služby spolu 261,08 Eur. Súd nepriznal odmenu za úkon pokus o mimosúdne riešenie veci na osobnom rokovaní na Okresnom úrade Žilina, keďže sa nejednalo o trovy konania, ktoré vznikli v súvislosti so súdnym konaním. Zároveň neboli potom priznané ani súvisiace náhrady hotových výdavkov. V súdnom preskúmavacom konaní sa priznávajú len trovy, ktoré vznikli (úspešným) účastníkom konania v súdnom preskúmavacom konaní a nie aj trovy, ktoré vznikli v správnom konaní. Tie sa uplatňujú v správnom konaní u príslušného správneho orgánu podľa zákona č. 71/1967 Zb. o správnom konaní (správny poriadok), resp. podľa iného procesného predpisu, platného pre dané správne konanie. Výnimku z uvedeného princípu predstavuje len úprava § 250j ods. 5 O.s.p., keď správny súd rozhoduje v plnej jurisdikcii a rozhodne aj o trovách, ktoré vznikli v konaní pred správnym orgánom. Súd nepriznal ani odmenu za vyjadrenie zo dňa 30.11.2015, teda odmenu za odpoveď na výzvu súdu, či súhlasí žalobca s rozhodnutím veci bez nariadenia pojednávania a za vyčíslenie trov konania, keďže týmto úkonom nemožno rozumieť úkon právnej pomoci, je to len úkon, ktorým žalobca vyjadruje súhlas alebo nesúhlas s prejednaním veci bez nariadenia pojednávania, v podstate jedným slovom, bez toho, aby sa vyjadroval k predmetu konania.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2014 - (1 x 8,04 Eur), za rok 2015 - (1 x 8,39 Eur), za rok 2016 (2 x 8,58 Eur); režijný paušál spolu 33,59 Eur. C/ Súd priznal v súlade s § 18 ods. 3 vyhlášky DPH (20 %) vo výške 58,93 Eur, o ktorú sa zvýšila súdom priznaná odmena za úkony právnej služby a náhrady. Overením identifikačného čísla SK2022298498 na www stránke ?http://ec.europa.eu/taxation_customs/vies/vatResponse.html? mal súd preukázané, že právny zástupca žalobcu je platiteľom dane. Uvedený sumár úkonov právnej služby a ich hodnoty 353,60 Eur považuje súd podľa konkrétnych okolností predmetného prípadu za účelný a hospodárny (z hľadiska odmeňovania) pre uplatňovanie príslušného práva. D/ Súd priznal ako trovy konania aj zaplatený súdny poplatok vo výške 70 Eur.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https://www.kauzis.sk/judikatura/r/ECLI:SK:KSZA:2016:5015201029.2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