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21S/157/2015 z 11. 10. 2016</w:t>
      </w:r>
    </w:p>
    <w:p>
      <w:r>
        <w:t>Uznesenie Krajského súdu Žilina z 11. októbra 2016, sp. zn. 21S/157/2015, ECLI:SK:KSZA:2016:5015201029.3</w:t>
      </w:r>
    </w:p>
    <w:p>
      <w:r>
        <w:t>Súd: Krajský súd Žilina</w:t>
      </w:r>
    </w:p>
    <w:p>
      <w:r>
        <w:t>Spisová značka: 21S/157/2015</w:t>
      </w:r>
    </w:p>
    <w:p>
      <w:r>
        <w:t>ECLI: ECLI:SK:KSZA:2016:5015201029.3</w:t>
      </w:r>
    </w:p>
    <w:p>
      <w:r>
        <w:t>Dátum vydania: 11.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21S/157/2015 Identifikačné číslo súdneho spisu: 5015201029 Dátum vydania rozhodnutia: 12. 10. 2016 Meno a priezvisko sudcu, VSÚ: JUDr. Erika Šobichová ECLI: ECLI:SK:KSZA:2016:5015201029.3 Uznesenie Krajský súd v Žiline, v senáte zloženom z predsedníčky senátu JUDr. Eriky Šobichovej a členov senátu JUDr. Veroniky Poláčkovej a JUDr. Zuzany Jančárovej, v právnej veci žalobcu: M. L., rod. L., nar. XX.XX.XXXX, r. č. XXXXXX/XXXX, bytom Y. XXXX/XX, XXX XX Z. - B. Z., právne zastúpený: LEGALSKILLS.SK, s.r.o., Leginárska 1/C, 831 04 Bratislava, IČO: 36 720 500, proti žalovanému: Okresný úrad Žilina, katastrálny odbor, Andreja Kmeťa 17, 011 32 Žilina, za účasti pribratého účastníka konania: Ing. Y. M., nar. XX.XX.XXXX, bytom B. O. XXX/X, XXX XX O., právne zastúpený: JUDr. František Beňo, advokát, so sídlom XXX XX O. XXX, v konaní o preskúmanie zákonnosti rozhodnutia žalovaného č. VA ROEP C 429/2013 zo dňa 02.12.2013, takto jednomyseľne r o z h o d o l : Súd návrh žalobcu zo dňa 08.07.2016 na opravu rozsudku č. k. 21S/157/2015 zo dňa 29.06.2016 z a m i e t a. o d ô v o d n e n i e : 1. V podaní zo dňa 08.07.2016 žalobca prostredníctvom právneho zástupcu navrhol podľa § 143 Správneho súdne poriadku opraviť chyby v písaní a počítaní a rozsudok zo dňa 29.06.2016 v časti trov konania opraviť tak, aby hodnota jedného úkonu právnej služby predstavovala sumu 139,83 Eur, resp. po 01.01.2016 sumu 143 Eur. Od 01.07.2016 nadobudol účinnosť nový procesný kódex - zákon č. 162/2015 Z.z. Správny súdny poriadok (ďalej len „SSP“). Krajský súd posúdil návrh zo dňa 08.07.2016 ako návrh na opravu rozsudku podľa § 143 SPP. Žalobca výslovne uviedol, že týmto návrhom nepodal odvolanie. 2. Podľa § 143 SSP správny súd kedykoľvek aj bez návrhu opraví v rozsudku chyby v písaní a počítaní, ako aj iné zrejmé nesprávnosti. O oprave vydá opravné uznesenie, ktoré doručí osobám uvedeným v § 142 ods. 1. 3. Krajský súd rozhodol vo veci rozsudkom vyhláseným na pojednávaní dňa 29.06.2016. Žalobca, resp. jeho právny zástupca sa na pojednávanie nedostavil. Súdu doručil žiadosť o prejednanie veci v neprítomnosti žalobcu. Zároveň súdu doručil podrobné vyčíslenie trov konania, z ktorého súd vychádzal pri písomnom vyhotovení rozsudku a rozhodovaní o výške trov konania. Súd vychádzal z uplatnených súm tarifnej odmeny. Napriek tomu, že vyhláška č. 655/2004 Z.z. za vykonané úkony právnej služby umožňovala priznať vyššiu odmenu, súd nemohol priznať náhradu trov konania nad rámec návrhu. 4. Krajský súd zamietol návrh na opravu chýb v písaní a počítaní, keďže navrhovanou opravou sa žalobca snažil odstrániť vecné pochybenie vo vyčíslení trov konania. Nesprávne určenie tarifnej odmeny za každý úkon právnej služby, keď právny zástupca vychádzal z jednej trinástiny výpočtového základu, pričom v predmetnej veci sa základná sadzba odvíjala od jednej šestiny výpočtového základu, zjavne neprestavuje chybu v písaní a počítaní, teda opraviteľnú chybu. 5. Toto rozhodnutie súdu bolo prijaté hlasovaním v pomere hlasov 3 : 0. Poučenie: Proti tomuto uzneseniu je prípustná kasačná sťažnosť v lehote jedného mesiaca odo dňa jeho doručenia. Kasačná sťažnosť sa podáva Krajskému sudu v Žiline. O kasačnej sťažnosti rozhoduje Najvyšší súd Slovenskej republiky. Sťažovateľ alebo opomenutý sťažovateľ musí byť v konaní o kasačnej sťažnosti zastúpený advokátom. Kasačná sťažnosť a iné podania sťažovateľa alebo opomenutého sťažovateľa musia byť spísané advokátom. Kasačnú sťažnosť možno urobiť písomne, a to v listinnej podobe alebo v elektronickej podobe. Podanie vo veci samej urobené v elektronickej podobe bez autorizácie podľa osobitného predpisu treba dodatočne doručiť v listinnej podobe alebo v elektronickej podobe autorizované podľa osobitného predpisu; ak sa dodatočne nedoručí správnemu súdu do desiatich dní, na podanie sa neprihliada. Správny súd na dodatočné doručenie podania nevyzýva. K podaniu kolektívneho orgánu musí byť pripojené rozhodnutie, ktorým príslušný kolektívny orgán vyslovil s podaním súhlas. Podanie urobené v listinnej podobe treba predložiť v potrebnom počte rovnopisov s prílohami tak, aby sa jeden rovnopis s prílohami mohol založiť do súdneho spisu a aby každý ďalší účastník konania dostal jeden rovnopis s prílohami. Ak sa nepredloží potrebný počet rovnopisov a príloh, správny súd vyhotoví kópie podania na trovy toho, kto podanie urobil. V kasačnej sťažnosti sa popri všeobecných náležitostiach podania (t. j. ktorému správnemu súdu je určené, kto ho robí, ktorej veci sa týka, čo sa ním sleduje a podpis), uvedie označenie napadnutého rozhodnutia, údaj, kedy napadnuté rozhodnutie bolo sťažovateľovi doručené, opísanie rozhodujúcich skutočností, aby bolo zrejmé, v akom rozsahu a z akých dôvodov podľa § 440 SSP sa podáva (ďalej len "sťažnostné body") a návrh výroku rozhodnutia (sťažnostný návrh). Sťažnostné body možno meniť len do uplynutia lehoty na podanie kasačnej sťažnosti.</w:t>
      </w:r>
    </w:p>
    <w:p/>
    <w:p>
      <w:r>
        <w:t>Zdroj: KAUZIS.SK – https://www.kauzis.sk/judikatura/r/ECLI:SK:KSZA:2016:5015201029.3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