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21S/166/2015 z 26. 1. 2016</w:t>
      </w:r>
    </w:p>
    <w:p>
      <w:r>
        <w:t>Uznesenie Krajského súdu Žilina z 26. januára 2016, sp. zn. 21S/166/2015, ECLI:SK:KSZA:2016:5015201062.1</w:t>
      </w:r>
    </w:p>
    <w:p>
      <w:r>
        <w:t>Súd: Krajský súd Žilina</w:t>
      </w:r>
    </w:p>
    <w:p>
      <w:r>
        <w:t>Spisová značka: 21S/166/2015</w:t>
      </w:r>
    </w:p>
    <w:p>
      <w:r>
        <w:t>ECLI: ECLI:SK:KSZA:2016:5015201062.1</w:t>
      </w:r>
    </w:p>
    <w:p>
      <w:r>
        <w:t>Dátum vydania: 26.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21S/166/2015 Identifikačné číslo súdneho spisu: 5015201062 Dátum vydania rozhodnutia: 27. 01. 2016 Meno a priezvisko sudcu, VSÚ: JUDr. Veronika Poláčková ECLI: ECLI:SK:KSZA:2016:5015201062.1 Uznesenie Krajský súd v Žiline, v právnej veci žalobkyne: Bc. R. P., nar. XX.XX.XXXX, bytom Y. XX/XX, XXX XX L., proti žalovanému: Ústredie práce, sociálnych vecí a rodiny, so sídlom Špitálska č. 8, 812 67 Bratislava, o preskúmanie zákonnosti rozhodnutia a postupu žalovaného č. UPS/US1/SSVOPHNSSD/ SOC/2015/3185- -0010 Zv zo dňa 09.11.2015, takto jednomyseľne r o z h o d o l : Súd konanie o návrhu žalobkyne zo dňa 20.11.2015 na vydanie predbežného opatrenia zastavuje. o d ô v o d n e n i e : Žalobkyňa sa žalobou prijatou na tunajšom súde dňa 25.11.2015, domáha preskúmania a následne zrušenia rozhodnutia žalovaného č. UPS/US1/SSVOPHNSSD/ SOC/2015/3185-0010 Zv zo dňa 09.11.2015, ktorým žalovaný odvolanie Bc. R. P. (žalobkyne) zamietol a potvrdil rozhodnutie Úradu práce, sociálnych vecí a rodiny Martin, odbor sociálnych vecí a rodiny č. MT3/ HN/SOC/2015/31939 zo dňa 08.09.2015, ktorým prvostupňový správny orgán podľa § 25 ods. 2 zákona č. 417/2013 Z.z. o pomoci v hmotnej núdzi a o zmene a doplnení niektorých zákonov v znení neskorších predpisov a zákona č. 601/2003 Z.z. o životnom minime a o zmene a doplnení niektorých zákonov v znení neskorších predpisov žalobkyni odňal pomoc v hmotnej núdzi v sume 20,60 Eur mesačne od 01.06.2015. Žalobkyňa zároveň so žalobou podala návrh na nariadenie predbežného opatrenia, ktorým sa domáhala, aby súd pozastavil účinnosť rozhodnutia Úradu práce, sociálnych vecí a rodiny v Martine č. MT3/HN/ SOC/2015/31939 zo dňa 08.09.2015, ktorým jej bola odňatá pomoc v hmotnej núdzi v sume 20,60 Eur mesačne od 01.06.2015. Z obsahu podaného návrhu mal súd jednoznačne preukázané, že žalobkyňa sa domáhala nariadenia predbežného opatrenia podľa § 76 ods. 1 a 2 Občianskeho súdneho poriadku (ďalej len „O.s.p.“). Podľa § 246c ods. 1 vety prvej O.s.p. pre riešenie otázok, ktoré nie sú priamo upravené v tejto časti, sa použijú primerane ustanovenia prvej, tretej a štvrtej časti tohto zákona. Podľa § 103 O.s.p. kedykoľvek za konania prihliada súd na to, či sú splnené podmienky, za ktorých môže konať vo veci (podmienky konania). Podľa § 104 ods. 1 vety prvej O.s.p. ak ide o taký nedostatok podmienky konania, ktorý nemožno odstrániť, súd konanie zastaví. Postup súdov na základe podaných žalôb a opravných prostriedkov proti rozhodnutiam správnych orgánov, ktorými sa navrhovatelia, resp. žalobcovia domáhajú preskúmania rozhodnutí správnych orgánov je upravený v piatej časti O.s.p. - Správne súdnictvo. Právna úprava predbežných opatrení je upravená v druhej časti O.s.p. V správnom súdnictve je vylúčené použitie druhej časti O.s.p. - Predbežné opatrenie a zabezpečenie dôkazu, a preto v konaní podľa piatej časti O.s.p. nemožno vydať predbežné opatrenie. (zhodne aj uznesenie Krajského súdu v Bratislave č. k. 38 S 122/97-12 zo dňa 27.11.1997) Vzhľadom na uvedené skutočnosti súd nemohol o návrhu na nariadenie predbežného opatrenia meritórne rozhodnúť, a preto konanie o návrhu na nariadenie predbežného opatrenia pre nedostatok podmienok konania podľa ust. § 104 ods. 1 vety prvej O.s.p. v spojení s § 246c ods. 1 veta prvá O.s.p. zastavil. Toto rozhodnutie súdu bolo prijaté v senáte hlasovaním v pomere hlasov 3 : 0. Poučenie: Proti tomuto uzneseniu možno podať odvolanie v lehote 15-tich dní odo dňa jeho doručenia na Najvyšší súd Slovenskej republiky v Bratislave prostredníctvom Krajského súdu v Žiline písomne v dvoch vyhotoveniach. Odvolanie musí spĺňať náležitosti podľa § 205 ods. 1 O.s.p.</w:t>
      </w:r>
    </w:p>
    <w:p/>
    <w:p>
      <w:r>
        <w:t>Zdroj: KAUZIS.SK – https://www.kauzis.sk/judikatura/r/ECLI:SK:KSZA:2016:5015201062.1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