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Žilina sp. zn. 21S/170/2015 z 16. 8. 2016</w:t>
      </w:r>
    </w:p>
    <w:p>
      <w:r>
        <w:t>Rozhodnutie Krajského súdu Žilina z 16. augusta 2016, sp. zn. 21S/170/2015, ECLI:SK:KSZA:2016:5015201074.1</w:t>
      </w:r>
    </w:p>
    <w:p>
      <w:r>
        <w:t>Súd: Krajský súd Žilina</w:t>
      </w:r>
    </w:p>
    <w:p>
      <w:r>
        <w:t>Spisová značka: 21S/170/2015</w:t>
      </w:r>
    </w:p>
    <w:p>
      <w:r>
        <w:t>ECLI: ECLI:SK:KSZA:2016:5015201074.1</w:t>
      </w:r>
    </w:p>
    <w:p>
      <w:r>
        <w:t>Dátum vydania: 16. 8. 2016</w:t>
      </w:r>
    </w:p>
    <w:p>
      <w:r>
        <w:t>Forma: Rozhodnutie</w:t>
      </w:r>
    </w:p>
    <w:p>
      <w:r>
        <w:t>Oblasť práva: Správne právo</w:t>
      </w:r>
    </w:p>
    <w:p>
      <w:pPr>
        <w:pStyle w:val="Heading2"/>
      </w:pPr>
      <w:r>
        <w:t>Text rozhodnutia</w:t>
      </w:r>
    </w:p>
    <w:p>
      <w:r>
        <w:t>Súd: Krajský súd Žilina Spisová značka: 21S/170/2015 Identifikačné číslo súdneho spisu: 5015201074 Dátum vydania rozhodnutia: 17. 08. 2016 Meno a priezvisko sudcu, VSÚ: JUDr. Veronika Poláčková ECLI: ECLI:SK:KSZA:2016:5015201074.1 Rozhodnutie Krajský súd v Žiline, ako správny súd, v senáte zloženom z predsedníčky senátu JUDr. Veroniky Poláčkovej a sudcov JUDr. Jany Martinčekovej a JUDr. Zuzany Jančárovej, v právnej veci žalobcu: WALTRANS, s.r.o., M. R. Štefánika 73, 010 01 Žilina, IČO: 36 798 649, právne zastúpený: JUDr. Emil Hadbábny, advokát a konateľ, HADBÁBNA &amp; SPOL. advokátska kancelária s.r.o., Prielohy 1012/1C, 010 07 Žilina, proti žalovanému: Finančné riaditeľstvo Slovenskej republiky, Lazovná 63, 974 01 Banská Bystrica, v konaní o preskúmanie zákonnosti rozhodnutia žalovaného č. 1100902/963171/2015/CI zo dňa 28.07.2015, takto r o z h o d o l : Krajský súd v Žiline žalobu z a m i e t a . Žalobcovi súd náhradu trov konania n e p r i z n á v a . o d ô v o d n e n i e : 1. Žalobca sa žalobou zo dňa 23.09.2015 domáhal preskúmania rozhodnutia žalovaného č. 1100902/963171/2015/CI zo dňa 28.07.2015, ktorým bolo potvrdené rozhodnutie Colného úradu Žilina (ďalej len prvostupňový správny orgán) č. 1096031/1/208838/2015 zo dňa 18.05.2015. Prvostupňový správny orgán uložil žalobcovi podľa § 42 ods. 2 písm. p) zák. č. 98/2004 Z. z. pokutu vo výške 10.000,00 Eur za porušenie ust. § 42 ods. 1 písm. p) zák. č. 98/2004 Z. z dôvodu, že predal na daňovom území minerálny olej daňovým subjektom bez vydaného povolenia podľa § 25b ods. 3 zák. č. 98/2004 Z. z.. Žalobca v žalobe tvrdil, že rozhodnutím žalovaného bol ukrátený na svojich právach z dôvodu, že rozhodnutie bolo vydané na základe nedostatočne zisteného skutkového stavu a nesprávnym právnym posúdením. Žalobca v žalobe ďalej uviedol, že colný úrad pri ukladaní pokuty neprihliadal na závažnosť, dĺžku a následky protiprávneho stavu v zmysle § 42 ods. 4 zák. č. 98/2004 Z. z.. Žalobca v žalobe ďalej namietal, že dodávky motorovej nafty neboli vykonávané ako podnikateľská činnosť, nakoľko išlo výlučne o refakturáciu nákupných cien. Z dodávok motorovej nafty neprodukoval žiadny zisk, a teda nešlo o podnikateľskú činnosť, na ktorú sa povolenie na predaj minerálnych olejov vyžaduje. Navrhuje, aby súd napadnuté rozhodnutie zrušil a vec vrátil žalovanému na ďalšie konanie. 2. Žalovaný sa k žalobe písomne vyjadril. Vo vyjadrení uviedol, že dostatočne zistil skutkový stav veci, vec správne právne posúdil, a preto vydal zákonné rozhodnutie. Colný úrad v rámci výkonu daňového dozoru uskutočnil dňa 20.11.2014 miestne zisťovanie u žalobcu, za účelom preverenia účtovnej evidencie a dokladov o nákupe a predaji minerálneho oleja (motorovej nafty) za rok 2013 a 2014. O miestnom zisťovaní vyhotovil colný úrad zápisnicu zn. 1096078/1/511020/2014 zo dňa 20.11.2014, do ktorej konateľ žalobcu potvrdil za rozhodujúce obdobia predaj motorovej nafty iným odberateľom. Po posúdení skutkového a právneho stavu veci vydal colný úrad rozhodnutie zn. 1096031/1/208838/2015 zo dňa 18.05.2015, ktorým uložil žalobcovi podľa ust. § 42 ods. 2 písm. p) zákona č. 98/2004 Z. z. pokutu vo výške 10.000,00 Eur, za dopustenie sa správneho deliktu podľa ust. § 42 ods. 1 písm. p) zákona č. 98/2004 Z. z., keďže žalobca predal na daňovom území minerálny olej daňovým subjektom bez vydaného povolenia podľa § 25b ods. 3 zákona č. 98/2004 Z. z.. Žalobca v odvolaní, ako aj v žalobe namietal, že nepredával minerálny olej za účelom dosiahnutia zisku, a nie v rámci svojej podnikateľskej činnosti, a preto na tento prípad nie je možné uplatniť ustanovenia zákona č. 98/2004 Z. z.. Vzhľadom na uvedené, žalovaný navrhuje, aby krajský súd žalobu ako nedôvodnú zamietol. 3. Krajský súd v Žiline preskúmal napadnuté rozhodnutie, ako aj postup, ktorý predchádzal jeho vydaniu v zmysle § 177 a nasl. zák. č. 162/2015 Z. z. (Správny súdny poriadok) v spojení s § 491 ods. 1, 2 Správneho súdneho poriadku (ďalej len SSP) v rozsahu žalobných dôvodov uvedených v žalobe (§ 183 SSP), pričom zistil, že napadnuté rozhodnutie žalovaného je vydané v súlade so zákonom, vo veci bol dostatočne zistený skutkový stav a na takto zistený skutkový stav boli správne aplikované ustanovenia zákona č. 98/2004 Z. z.. Z tohto dôvodu bolo potrebné žalobu ako nedôvodnú zamietnuť podľa § 190 SSP, a to z nasledovných dôvodov: 4. Z predloženého administratívneho spisu súd zistil, že dňa 30.11.2014 vykonal prvostupňový správny orgán - Colný úrad Žilina miestne zisťovanie za účelom preverenia nákupu a predaja pohonných látok. V rámci miestneho zisťovania žalobca predložil účtovné doklady za obdobie 2013 a 2014, z ktorých je zrejmé, že žalobca dodával minerálny olej (motorovú naftu) odberateľom: PV TRANS, s.r.o.; Peter Valko - doprava; MYMA Invest, s.r.o.; MATE s.r.o. a Schachinger cargomax s.r.o.. Colný úrad dospel k záveru, že pri predaji uvedeného minerálneho oleja bol žalobca povinný v zmysle ust. § 25b ods. 3 zákona č. 98/2004 Z. z. požiadať colný úrad o povolenie na predaj minerálneho oleja uvedeného v § 6 ods. 1 písm. a), d) alebo písm. f) zákona č. 98/2004 Z. z., obchodovanie s vybraným minerálnym olejom, čo však žalobca neurobil, čím vzniklo podozrenie, že sa dopustil správneho deliktu podľa § 42 ods. 1 písm. p) zákona č. 98/2004 Z. z.. O zistených skutočnostiach v rámci miestneho zisťovania colný úrad vyhotovil protokol podozrení z porušení daňových predpisov č. 1096078/1/58307/2015 zo dňa 06.02.2015. Na základe protokolu o podozrení z porušenia daňových predpisov, Colný úrad Žilina vydal rozhodnutie č. 1096031/1/208838/2015 zo dňa 18.05.2015. Prvostupňovým rozhodnutím bola žalobcovi uložená pokuta vo výške 10.000,00 Eur podľa § 42 ods. 2 písm. p) zákona č. 98/2004 Z. z. z dôvodu, že sa dopustil správneho deliktu podľa § 42 ods. 1 písm. p) zákona č. 98/2004 Z. z.. V odôvodnení uviedol, že prvostupňové rozhodnutie bolo vydané na základe protokolu o podozrení z porušenia daňových predpisov zn. 1096078/1/58307/2015 zo dňa 06.02.2015, z ktorého vyplýva, že žalobca predával minerálne oleje v rámci podnikateľskej činnosti na daňovom území v daňovom voľnom obehu uvedené v § 6 ods. 1 písm. a), d) alebo písm. f) na konečnú spotrebu bez povolenia na predaj. Žalobca preto porušil § 25b ods. 3 zákona č. 98/2004, z ktorého vyplýva, že osoba, ktorá chce v rámci podnikateľskej činnosti na daňovom území predávať v daňovom voľnom obehu minerálny olej, je povinná pred začatím predaja tohto minerálneho oleja požiadať colný úrad o vydanie povolenia na predaj minerálneho oleja uvedeného v § 6 ods. 1 písm. a), d) alebo písm. f). 5. Proti tomuto rozhodnutiu žalobca podal odvolanie, kde uviedol, že minerálny olej bol refakturovaný výlučne spriazneným osobám v nákupných cenách bez nároku na dosiahnutie zisku, nešlo o výkon podnikateľskej činnosti s cieľom dosiahnuť zisk v zmysle zákona o živnostenskom podnikaní. V odvolaní žalobca namietal výšku uloženej pokuty a jej odôvodnenie. 6. Žalovaný prvostupňové rozhodnutie colného úradu potvrdil rozhodnutím č. 1100902/963171/2015/CI zo dňa 28.07.2015. V odôvodnení poukázal na to, že odvolateľ za obdobie od 30.04.2014 do 30.09.2014 dodával minerálny olej (motorovú naftu) odberateľom. Nemal povolenie na predaj minerálneho oleja uvedeného v § 6 ods. 1 písm. a), d) alebo f) zákona č. 98/2004 Z. z.. K námietke odvolateľa, že motorovú naftu refakturoval výlučne spriazneným a spriateleným osobám v nákupných cenách bez nároku na dosiahnutie zisku, a preto nešlo o výkon podnikateľskej činnosti a povinnosť postupovať podľa § 25b ods. 3 zákona č. 98/2004 Z. z. žalovaný uviedol, že refakturácia tovaru bez zisku predstavuje predaj. K námietke odvolateľa, že uložená pokuta vo výške 10.000,00 Eur mala byť odôvodnená s poukazom na § 42 ods. 4 zákona č. 98/2004 Z. z., z ktorého vyplýva, že colný úrad má prihliadnuť na závažnosť, dĺžku a následky protiprávneho stavu, žalovaný uviedol, že pokuta je stanovená pevne vo výške 10.000,00 Eur, preto závažnosť, dĺžka a následky protiprávneho stavu nemajú vplyv na jej výšku. 7. Podľa § 177 ods. 1 SSP, zákona č. 162/2015 Z. z., správnou žalobou sa žalobca môže domáhať ochrany svojich subjektívnych práv proti rozhodnutiu orgánu verejnej správy alebo opatreniu orgánu verejnej správy. 8.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v konaní ide. Úlohou správneho súdu pri preskúmavaní zákonnosti rozhodnutia a postupu správneho orgánu je posudzovať, či správny orgán je vecne príslušný na konanie si zadovážil dostatok skutkových podkladov pre vydanie rozhodnutia, či dostatočne zistil skutkový stav veci, či konal v súčinnosti s účastníkmi konania, či rozhodnutie bolo vydané v súlade so zákonmi, inými právnymi predpismi a či obsahovalo zákonom predpísané náležitosti, teda či rozhodnutie správneho orgánu bolo vydané v súlade s hmotnoprávnymi ako aj procesnoprávnymi predpismi. Zákonnosť rozhodnutia správneho orgánu je podmienená zákonnosťou postupov správneho orgánu predchádzajúce vydaniu napadnutého rozhodnutia. 9. Podľa § 25b ods. 3 zákona č. 98/2004 Z. z., o spotrebe dani z minerálneho oleja (ďalej len zákon č. 98/2004 Z. z.), osoba, ktorá chce v rámci podnikateľskej činnosti na daňovom území predávať v daňovom voľnom obehu minerálny olej uvedený v § 6 ods. 1 písm. a), d) alebo písm. f) na konečnú spotrebu (ďalej len "predajca pohonných látok"), je povinná pred začatím predaja tohto minerálneho oleja požiadať colný úrad o vydanie povolenia na predaj minerálneho oleja uvedeného v § 6 ods. 1 písm. a), d) alebo písm. f) (ďalej len "povolenie na predaj"). 10. Podľa § 42 ods. 1 písm. p) zák. č. 98/2004 Z. z., správneho deliktu sa dopustí právnická osoba alebo fyzická osoba oprávnená na podnikanie, ak nesplní povinnosť podľa § 25b ods. 1, 3 alebo ods. 11. 11. Podľa § 42 ods. 2 písm. p) zák. č. 98/2004 Z. z., colný úrad uloží pokutu za správny delikt podľa ods. 1 písm. o) alebo písm. p) 10.000,00 Eur. 12. Žalobca v žalobe namietal, že nemal povinnosť pred začatím predaja minerálneho oleja požiadať colný úrad o vydanie povolenia na predaj minerálneho oleja z dôvodu, že tento minerálny olej nepredáva v rámci podnikateľskej činnosti, nakoľko z predaja nemal žiaden zisk. Súd k tejto námietke udáva nasledovné. 13. Z obsahu administratívneho spisu mal súd preukázané, že predaj minerálneho oleja bol realizovaný žalobcom, ktorý bol identifikovaný obchodným menom, IČO, DIČ, IČDPH, platba bola pripísaná na podnikateľský účet. Pokiaľ žalobca z danej obchodnej transakcie nemal zisk, z dôvodu, že ako uviedol v žalobe, bolo to jeho podnikateľské rozhodnutie. Žalobca v žalobe ďalej namietal výšku pokuty 10.000,00 Eur, ktorá bola uložená podľa § 42 ods. 2 písm. p) zák. č. 98/2004 Z. z.. Vo vzťahu k tejto námietke súd udáva, že pokuta bola uložená podľa § 42 ods. 1 písm. p) zákona č. 98/2004 Z. z.. V citovanom ustanovení nie je stanovená dolná a horná hranica rozpätia, v ktorom by správca dane s použitím správnej úvahy ukladal výšku sankcie. 14. O náhrade trov konania súd rozhodol pri aplikácií § 167 ods. 1 SSP. Žalobca nebol úspešný, preto mu nebolo priznané právo na náhradu trov konania. 15. Toto rozhodnutie súdu bolo prijaté hlasovaním v pomere hlasov 3 : 0. Poučenie: Proti tomuto rozsudku je prípustná kasačná sťažnosť, ak to zákon pripúšťa (§ 439, § 440 SSP) v lehote 30 dní od doručenia rozhodnutia krajského súdu, prostredníctvom krajského súdu, ktorý napadnuté rozhodnutie vydal.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(ďalej len "sťažnostné body"), d) návrh výroku rozhodnutia (sťažnostný návrh). 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https://www.kauzis.sk/judikatura/r/ECLI:SK:KSZA:2016:5015201074.1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