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25Sd/214/2015 z 20. 1. 2016</w:t>
      </w:r>
    </w:p>
    <w:p>
      <w:r>
        <w:t>Rozsudok Krajského súdu Žilina z 20. januára 2016, sp. zn. 25Sd/214/2015, ECLI:SK:KSZA:2016:5015201082.1</w:t>
      </w:r>
    </w:p>
    <w:p>
      <w:r>
        <w:t>Súd: Krajský súd Žilina</w:t>
      </w:r>
    </w:p>
    <w:p>
      <w:r>
        <w:t>Spisová značka: 25Sd/214/2015</w:t>
      </w:r>
    </w:p>
    <w:p>
      <w:r>
        <w:t>ECLI: ECLI:SK:KSZA:2016:5015201082.1</w:t>
      </w:r>
    </w:p>
    <w:p>
      <w:r>
        <w:t>Dátum vydania: 20. 1. 2016</w:t>
      </w:r>
    </w:p>
    <w:p>
      <w:r>
        <w:t>Forma: Rozsudok</w:t>
      </w:r>
    </w:p>
    <w:p>
      <w:r>
        <w:t>Oblasť práva: Správne právo</w:t>
      </w:r>
    </w:p>
    <w:p>
      <w:pPr>
        <w:pStyle w:val="Heading2"/>
      </w:pPr>
      <w:r>
        <w:t>Text rozhodnutia</w:t>
      </w:r>
    </w:p>
    <w:p>
      <w:r>
        <w:t>Súd: Krajský súd Žilina Spisová značka: 25Sd/214/2015 Identifikačné číslo súdneho spisu: 5015201082 Dátum vydania rozhodnutia: 21. 01. 2016 Meno a priezvisko sudcu, VSÚ: Mgr. Nora Tomková ECLI: ECLI:SK:KSZA:2016:5015201082.1</w:t>
      </w:r>
    </w:p>
    <w:p>
      <w:r>
        <w:t>ROZSUDOK V MENE SLOVENSKEJ REPUBLIKY</w:t>
      </w:r>
    </w:p>
    <w:p>
      <w:r>
        <w:t>Krajský súd v Žiline, v konaní vedenom pred samosudkyňou Mgr. Norou Tomkovou, v právnej veci navrhovateľa: H. J., nar. XX. X. XXXX, r. č.: XXXXXX/XXXX, bytom J. XXX, proti odporkyni: Sociálna poisťovňa, ústredie, so sídlom Ul. 29. augusta č. 8, 813 63 Bratislava, o invalidný dôchodok, takto</w:t>
      </w:r>
    </w:p>
    <w:p>
      <w:r>
        <w:t>r o z h o d o l :</w:t>
      </w:r>
    </w:p>
    <w:p>
      <w:r>
        <w:t>Rozhodnutie odporkyne č. XXX XXX XXXX X zo dňa 5. augusta 2015 p o t v r d z u j e .</w:t>
      </w:r>
    </w:p>
    <w:p>
      <w:r>
        <w:t>Navrhovateľovi náhradu trov konania n e p r i z n á v a .</w:t>
      </w:r>
    </w:p>
    <w:p>
      <w:r>
        <w:t>o d ô v o d n e n i e :</w:t>
      </w:r>
    </w:p>
    <w:p>
      <w:r>
        <w:t>Odporkyňa napadnutým rozhodnutím č. XXX XXX XXXX X zo dňa 5. augusta 2015 podľa § 70 ods. 1 a § 71 ods. 1 Zákona o sociálnom poistení v znení neskorších predpisov zamietla žiadosť navrhovateľa o invalidný dôchodok z 22. júla 2015.</w:t>
      </w:r>
    </w:p>
    <w:p>
      <w:r>
        <w:t>Proti rozhodnutiu odporkyne podal navrhovateľ včas opravný prostriedok, v ktorom namietal svoj zhoršený zdravotný stav.</w:t>
      </w:r>
    </w:p>
    <w:p>
      <w:r>
        <w:t>Na základe podaného opravného prostriedku bol zdravotný stav navrhovateľa opätovne posúdený posudkovým lekárom sociálneho poistenia odporkyne, pobočky Liptovský Mikuláš dňa 23. októbra 2015 a posudkovým lekárom sociálneho poistenia odporkyne, ústredie dňa 26. novembra 2015. Posudkoví lekári sociálneho poistenia zotrvali na pôvodnom posudku, že navrhovateľ nie je invalidný podľa § 71 ods. 1 Zákona o sociálnom poistení, lebo má mieru poklesu schopnosti vykonávať zárobkovú činnosť 35 % v porovnaní so zdravou fyzickou osobou.</w:t>
      </w:r>
    </w:p>
    <w:p>
      <w:r>
        <w:t>Druhostupňová posudková lekárka sociálneho poistenia Mgr. MUDr. Klincová v lekárskej správe zo dňa 26. novembra 2015 uviedla: 57-ročný posudzovaný so stredoškolským vzdelaním, zamestnaný ako stavebný technik, liečený od 12/2014 pre bolesti LS s vystreľovaním do ľavej dolnej končatiny po zadnej strane stehna až ku kolenu. V objektívnom vyšetrení - MR 02/2015 degeneratívne zmeny LS, protrúzia IV diskov s maximom v L5/S1, s kompresiou v L5 vpravo. Pre recidívu bolestí hospitalizovaný v 06/2015, preliečený infúzne s regresiou potiaži. V neurologických vyšetreniach - aj v aktuálne doloženom zo dňa 11. 11. 2015 - bez závažnej poruchy statodynamiky, bez zánikovej koreňovej symptomatológie, svalová sila v oblasti HK a DK v norme, reflexy výbavné, úklony v krížovej časti chrbtice len s minimálnym obmedzením, je dokumentovaná len poklopová bolestivosť v oblasti tŕňov L chrbtice. Benígna artériová hypertenzia prechodne destabilizovaná pri nepravidelnom užívaní antihypertenzív, aktuálne stabilizovaná na úrovni II. stupňa, nie je dôvodom percentuálneho navýšenia. Posudkový lekár na dnešnom posudzovaní zdravotného stavu nezistil zmenu v zdravotnom stave posudzovaného od posledného posúdenia posudkovým lekárom pobočky Sociálnej poisťovne v zmysle zhoršenia, preto</w:t>
      </w:r>
    </w:p>
    <w:p>
      <w:r>
        <w:t>považuje predchádzajúci posudok za správne vypracovaný a nie je dôvod na jeho zmenu. Miera poklesu schopnosti vykonávať zárobkovú činnosť 35 % (M51/Kapitola XV., oddiel E, položka 3b).</w:t>
      </w:r>
    </w:p>
    <w:p>
      <w:r>
        <w:t>Na pojednávaní zotrval navrhovateľ na písomne podanom opravnom prostriedku. Uviedol, že nechápe, prečo ho prvostupňová posudková lekárka, pokiaľ uzavrela, že nie je až taký chorý, neposlala do práce, resp. neukončila mu PN. Nerozumie tomu. Je objednaný na operáciu chrbtice na 28. januára 2016.</w:t>
      </w:r>
    </w:p>
    <w:p>
      <w:r>
        <w:t>Zástupkyňa odporkyne poukázala na lekársky záver druhostupňovej posudkovej lekárky zo dňa 26. novembra 2015, ako aj na písomné vyjadrenie odporkyne vo veci zo dňa 7. decembra 2015 a vzhľadom k tomu navrhla napadnuté rozhodnutie odporkyne zo dňa 5. augusta 2015 potvrdiť ako vecne správne.</w:t>
      </w:r>
    </w:p>
    <w:p>
      <w:r>
        <w:t>Krajský súd preskúmal napadnuté rozhodnutie odporkyne, i konanie, ktoré mu predchádzalo (§ 250l a nasl. O.s.p.) a dospel k záveru, že opravný prostriedok navrhovateľa nie je dôvodný.</w:t>
      </w:r>
    </w:p>
    <w:p>
      <w:r>
        <w:t>Z obsahu súdneho a administratívneho spisu v predmetnej veci vyplýva, že ide o konanie o posúdenie invalidity na základe opravného prostriedku navrhovateľa z dôvodu nesúhlasu s určenou mierou poklesu schopnosti zárobkovej činnosti.</w:t>
      </w:r>
    </w:p>
    <w:p>
      <w:r>
        <w:t>O odbornej úrovni druhostupňovej posudkovej lekárky Mgr. MUDr. Klincovej nemá súd dôvod pochybovať. Uvádzané zdravotné problémy boli všetky známe pri posudzovaní invalidity navrhovateľa prvostupňovou aj druhostupňovou posudkovou lekárkou a vyplývajú z odborných lekárskych vyšetrení, ktoré boli podkladom pre ich závery o invalidite navrhovateľa, resp. pri určení miery poklesu schopnosti vykonávať zárobkovú činnosť z hľadiska priznania invalidného dôchodku. Vzhľadom na to, že posúdenie dlhodobosti nepriaznivého zdravotného stavu a jeho následkov na schopnosť občana vykonávať zárobkovú činnosť vyžaduje odborné lekárske znalosti, vo veciach sociálneho poistenia je dokazovanie v tomto smere zverené posudkovým lekárom sociálneho poistenia príslušnej pobočky, resp. ústredia (§ 153 ods. 5 zákona č. 461/2003 Z. z.).</w:t>
      </w:r>
    </w:p>
    <w:p>
      <w:r>
        <w:t>Navrhovateľ v súdnom konaní nepredložil žiadne lekárske správy, ktoré by neboli zohľadnené posudkovými lekármi, konštatujúce prípadne iné diagnostické závery ako boli zistené v správnom konaní, a ktoré by predstavovali dôkazy nasvedčujúce existencii novej skutočnosti, ktorou by sa posudkoví lekári sociálneho poistenia neboli zaoberali, resp. ktoré by nasvedčovali inému rozsahu zdravotného poškodenia u navrhovateľa ako bol v čase rozhodovania odporkyne ustálený, alebo by inak prijatý záver spochybňovali.</w:t>
      </w:r>
    </w:p>
    <w:p>
      <w:r>
        <w:t>Na základe uvedeného dospel súd k záveru, že rozhodnutie odporkyne zo dňa 5. augusta 2015 je vydané v súlade so zákonom, o zákonnosti postupu odporkyne nemal pochybnosti, preto napadnuté rozhodnutie ako zákonné potvrdil v súlade s ust. § 250q ods. 2 O.s.p.. Uznaná miera poklesu schopnosti navrhovateľa vykonávať zárobkovú činnosť je určená mierou zodpovedajúcou zákonu v čase rozhodovania odporkyne (ako aj v čase posúdenia invalidity navrhovateľa druhostupňovou posudkovou lekárkou sociálneho poistenia).</w:t>
      </w:r>
    </w:p>
    <w:p>
      <w:r>
        <w:t>V prípade, ak by v budúcnosti došlo k zmene zdravotného stavu navrhovateľa v dôsledku zhoršenia ochorení, môže tento opätovne požiadať o preskúmanie miery poklesu schopnosti alebo zmenu rozhodujúceho postihnutia a stanovenie miery poklesu schopnosti vykonávať zárobkovú činnosť (napr. po absolvovaní a vyhodnotení operácie chrbtice, ktorá bola stanovená na 28. januára 2016).</w:t>
      </w:r>
    </w:p>
    <w:p>
      <w:r>
        <w:t>Odporkyňa v tomto konaní nemá nárok na náhradu trov a podľa výsledku konania navrhovateľovi právo na náhradu trov nevzniklo, preto súd o trovách konania rozhodol tak, ako je uvedené vo výrokovej časti tohto rozhodnutia (navrhovateľovi náhradu trov konania nepriznáva) v súlade s ust. § 250k ods. 1 O.s.p. v spojení s ust. § 250l ods. 2 O.s.p.</w:t>
      </w:r>
    </w:p>
    <w:p>
      <w:r>
        <w:t>Poučenie:</w:t>
      </w:r>
    </w:p>
    <w:p>
      <w:r>
        <w:t>Proti tomuto rozsudku je prípustné odvolanie do 15 dní odo dňa jeho doručenia prostredníctvom Krajského súdu v Žiline na Najvyšší súd Slovenskej republiky v Bratislave, písomne v 3 vyhotoveniach.</w:t>
      </w:r>
    </w:p>
    <w:p>
      <w:r>
        <w:t>V odvolaní sa ma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w:t>
      </w:r>
    </w:p>
    <w:p>
      <w:r>
        <w:t>Odvolanie proti rozsudku alebo uzneseniu, ktorým bolo rozhodnuté vo veci samej, možno odôvodniť len tým že, a) v konaní došlo k vadám uvedeným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r>
        <w:t>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w:t>
      </w:r>
    </w:p>
    <w:p>
      <w:r>
        <w:t>Ustanovenie § 205a ods. 1 O.s.p. sa nepoužije v konaniach podľa § 120 ods. 2.</w:t>
      </w:r>
    </w:p>
    <w:p>
      <w:r>
        <w:t>Rozsah, v akom sa rozhodnutie napáda a dôvody odvolania môže odvolateľ rozšíriť len do uplynutia lehoty na odvolanie (§ 205 ods. 3 O.s.p.).</w:t>
      </w:r>
    </w:p>
    <w:p>
      <w:r>
        <w:t>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https://www.kauzis.sk/judikatura/r/ECLI:SK:KSZA:2016:5015201082.1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