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21S/180/2015 z 15. 3. 2016</w:t>
      </w:r>
    </w:p>
    <w:p>
      <w:r>
        <w:t>Uznesenie Krajského súdu Žilina z 15. marca 2016, sp. zn. 21S/180/2015, ECLI:SK:KSZA:2016:5015201147.1</w:t>
      </w:r>
    </w:p>
    <w:p>
      <w:r>
        <w:t>Súd: Krajský súd Žilina</w:t>
      </w:r>
    </w:p>
    <w:p>
      <w:r>
        <w:t>Spisová značka: 21S/180/2015</w:t>
      </w:r>
    </w:p>
    <w:p>
      <w:r>
        <w:t>ECLI: ECLI:SK:KSZA:2016:5015201147.1</w:t>
      </w:r>
    </w:p>
    <w:p>
      <w:r>
        <w:t>Dátum vydania: 15.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Žilina Spisová značka: 21S/180/2015 Identifikačné číslo súdneho spisu: 5015201147 Dátum vydania rozhodnutia: 16. 03. 2016 Meno a priezvisko sudcu, VSÚ: JUDr. Veronika Poláčková ECLI: ECLI:SK:KSZA:2016:5015201147.1 Uznesenie Krajský súd v Žiline, v právnej veci žalobcu: G. G., nar. XX.XX.XXXX, bytom C. L. XX, XXX XX G., t. č. bytom XXX XX L. U. F., právne zastúpený: JUDr. Gabriel Szabó, advokát so sídlom L. U.. XX, XXX XX L., proti žalovanému: Mesto Martin, Námestie S. H. Vajanského 1, 036 49 Martin, o preskúmanie zákonnosti rozhodnutia žalovaného č. Dopr. 30341/828+1157/09/Ži ev. č. 41/15-DZ-UDZ-Pa zo dňa 07.09.2015, takto jednomyseľne r o z h o d o l : Súd konanie zastavuje. Žiaden z účastníkov nemá právo na náhradu trov konania. o d ô v o d n e n i e : Žalobou zo dňa 14.12.2015 sa žalobca domáhal preskúmania rozhodnutia žalovaného č. Dopr. 30341/828+1157/09/Ži ev. č. 41/15-DZ-UDZ-Pa zo dňa 07.09.2015 o určení umiestnenia dopravného značenia na pozemnej komunikácii - spevnených plochách na pozemku parc. č. KNC 1392/1 v k. ú. G. prístupných po prístupovej komunikácii na pozemku parc. č. KNC 1392/31, 1392/33 v k. ú. G. z Ul. E.. Podľa obsahu a povahy podania posúdil súd podanie žalobcu ako žalobu v zmysle § 249 Občianskeho súdneho poriadku (ďalej len „O.s.p.“) proti právoplatnému rozhodnutiu správneho orgánu a ďalej v konaní postupoval podľa § 247 a nasl. O.s.p., t. j. podľa II. hlavy, V. časti O.s.p. - Rozhodovanie o žalobách proti rozhodnutiam a postupom správnych orgánov. Podaním zo dňa 23.02.2016 žalobca vzal podanú žalobu späť. Podľa § 250h ods. 2 O.s.p. až do rozhodnutia súdu môže žalobca vziať žalobu späť; ak žalovanému medzitým vznikli trovy konania, rozhodne súd o ich náhrade. Podľa § 250d ods. 3 O.s.p. súd uznesením konanie zastaví, ak žaloba bola vzatá späť (§ 250h ods. 2). Odvolanie proti uzneseniu je prípustné. Pri aplikácii § 250d ods. 3 O.s.p. súd konanie zastavil z dôvodu, že žalobca vzal žalobu späť. O trovách konania súd rozhodol podľa § 250h ods. 2 O.s.p. veta za bodkočiarkou. V predmetnom konaní žalovanému správnemu orgánu trovy konania nevznikli, preto súd rozhodol tak, ako je uvedené vo výrokovej časti tohto rozhodnutia (žiaden z účastníkov nemá právo na náhradu trov konania). Žalobca si v späťvzatí žaloby náhradu trov konania s poukazom na § 146 ods. 2 veta druhá O.s.p. v spojení s § 246c ods. 1 veta prvá O.s.p. neuplatnil, preto sa súd dôvodmi spätvzatia žaloby nezaoberal. Toto rozhodnutie senátu bolo prijaté hlasovaním v pomere hlasov 3 : 0. Poučenie: Proti tomuto uzneseniu možno podať odvolanie v lehote 15-tich dní odo dňa jeho doručenia na Najvyšší súd Slovenskej republiky v Bratislave prostredníctvom Krajského súdu v Žiline písomne v troch vyhotoveniach. Odvolanie musí spĺňať náležitosti podľa § 205 ods. 1 O.s.p.</w:t>
      </w:r>
    </w:p>
    <w:p/>
    <w:p>
      <w:r>
        <w:t>Zdroj: KAUZIS.SK – https://www.kauzis.sk/judikatura/r/ECLI:SK:KSZA:2016:5015201147.1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