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20S/10/2016 z 13. 6. 2016</w:t>
      </w:r>
    </w:p>
    <w:p>
      <w:r>
        <w:t>Uznesenie Krajského súdu Žilina z 13. júna 2016, sp. zn. 20S/10/2016, ECLI:SK:KSZA:2016:5016200071.2</w:t>
      </w:r>
    </w:p>
    <w:p>
      <w:r>
        <w:t>Súd: Krajský súd Žilina</w:t>
      </w:r>
    </w:p>
    <w:p>
      <w:r>
        <w:t>Spisová značka: 20S/10/2016</w:t>
      </w:r>
    </w:p>
    <w:p>
      <w:r>
        <w:t>ECLI: ECLI:SK:KSZA:2016:5016200071.2</w:t>
      </w:r>
    </w:p>
    <w:p>
      <w:r>
        <w:t>Dátum vydania: 13.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20S/10/2016 Identifikačné číslo súdneho spisu: 5016200071 Dátum vydania rozhodnutia: 14. 06. 2016 Meno a priezvisko sudcu, VSÚ: JUDr. Jana Martinčeková ECLI: ECLI:SK:KSZA:2016:5016200071.2 Uznesenie Krajský súd v Žiline v právnej veci žalobcu: L. C., B. XXXX/XX, XXX XX D., (podnikateľský subjekt ukončil podnikateľskú činnosť ku dňu 01.11.2013), právne zastúpený Mgr. Ivanom Petkovom, advokátom so sídlom M. F. XX, XXX XX Q., proti žalovanému: Finančné riaditeľstvo Slovenskej republiky, so sídlom Lazovná č. 63, 974 01 Banská Bystrica, o preskúmanie rozhodnutia žalovaného č. 1670407/2015 zo dňa 13.11.2015, takto jednomyseľne r o z h o d o l : Uznesenie Krajského súdu v Žiline č. k. 20S/10/2016-41 zo dňa 18.05.2016 zrušuje. o d ô v o d n e n i e : Žalobou zo dňa 25.01.2016 sa žalobca prostredníctvom právneho zástupcu domáhal preskúmania zákonnosti rozhodnutia žalovaného č. 1670407/2015 zo dňa 13.11.2015, ktorým žalovaný potvrdil rozhodnutie Daňového úradu Žilina č. 1271281/2015 zo dňa 07.08.2015 o určení žalobcovi rozdielu v sume 25 600,80 Eur na dani z pridanej hodnoty za zdaňovacie obdobie september 2005, nepriznaní nadmerného odpočtu v sume 1 503,61 Eur a vyrubení dane v sume 24 097,19 Eur. Krajský súd v Žiline uznesením č. k. 20S/10/2016-41 zo dňa 18.05.2016 konanie zastavil, pri aplikácii § 10 ods. 1 zák. č. 71/1992 Zb. o súdnych poplatkoch a poplatku za výpis z registra trestov (ďalej len „zák. č. 71/1992 Zb.“). Uznesenie bolo právnemu zástupcovi žalobcu doručené dňa 26.05.2016. Žalobca v lehote na podanie odvolania súdny poplatok za žalobu vo výške 70,- Eur zaplatil, dňa 10.06.2016, ktorú skutočnosť mal súd preukázanú zo záznamu o zložení zo dňa 14.06.2016 (č. l. 43 spisu). Podľa § 10 ods. 3 veta prvá zák. č. 71/1992 Zb. prvostupňový súd zruší uznesenie o zastavení konania pre nezaplatenie súdneho poplatku, ak poplatník zaplatí súdny poplatok do konca lehoty na podanie odvolania. Súd pri aplikácii vyššie citovaného zákonného ustanovenia uznesenie o zastavení konania pre nezaplatenie súdneho poplatku zrušil. Poučenie: Proti tomuto uzneseniu j e p r í p u s t n é odvolanie do 15 dní odo dňa jeho doručenia písomne dvojmo prostredníctvom Krajského súdu v Žiline na Najvyšší súd Slovenskej republiky v Bratislave. V Žiline, dňa 14.06.2016 JUDr. Jana Martinčeková predsedníčka senátu Za správnosť vyhotovenia: Miriama Talapková</w:t>
      </w:r>
    </w:p>
    <w:p/>
    <w:p>
      <w:r>
        <w:t>Zdroj: KAUZIS.SK – https://www.kauzis.sk/judikatura/r/ECLI:SK:KSZA:2016:5016200071.2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