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25Sd/18/2016 z 5. 7. 2016</w:t>
      </w:r>
    </w:p>
    <w:p>
      <w:r>
        <w:t>Uznesenie Krajského súdu Žilina z 5. júla 2016, sp. zn. 25Sd/18/2016, ECLI:SK:KSZA:2016:5016200089.2</w:t>
      </w:r>
    </w:p>
    <w:p>
      <w:r>
        <w:t>Súd: Krajský súd Žilina</w:t>
      </w:r>
    </w:p>
    <w:p>
      <w:r>
        <w:t>Spisová značka: 25Sd/18/2016</w:t>
      </w:r>
    </w:p>
    <w:p>
      <w:r>
        <w:t>ECLI: ECLI:SK:KSZA:2016:5016200089.2</w:t>
      </w:r>
    </w:p>
    <w:p>
      <w:r>
        <w:t>Dátum vydania: 5. 7. 2016</w:t>
      </w:r>
    </w:p>
    <w:p>
      <w:r>
        <w:t>Forma: Uznesenie</w:t>
      </w:r>
    </w:p>
    <w:p>
      <w:pPr>
        <w:pStyle w:val="Heading2"/>
      </w:pPr>
      <w:r>
        <w:t>Text rozhodnutia</w:t>
      </w:r>
    </w:p>
    <w:p>
      <w:r>
        <w:t>Súd: Krajský súd Žilina Spisová značka: 25Sd/18/2016 Identifikačné číslo súdneho spisu: 5016200089 Dátum vydania rozhodnutia: 06. 07. 2016 Meno a priezvisko sudcu, VSÚ: Mgr. Nora Tomková ECLI: ECLI:SK:KSZA:2016:5016200089.2 Uznesenie Krajský súd v Žiline - správny súd, v právnej veci navrhovateľa: Z. F., nar. XX. X. XXXX, r. č.: XXXXXX/ XXXX, bytom Y. XX, právne zast. JUDr. Jiřím Martausom, advokátom, so sídlom v Z. H., Ul. X. H. XXX/ XX,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zo dňa 23. decembra 2015 podľa § 65, § 274 ods. 1 Zákona o sociálnom poistení v znení neskorších predpisov a podľa § 21 a § 174 Zákona o sociálnom zabezpečení v znení neskorších predpisov zamietla žiadosť navrhovateľa zo dňa 7. októbra 2015 o priznanie starobného dôchodku od 20. septembra 2015. Proti rozhodnutiu odporkyne podal navrhovateľ včas opravný prostriedok, v ktorom namietal správnosť uvedeného rozhodnutia a uviedol, že starobný dôchodok mu má byť priznaný z dôvodu, že pracovný pomer u zamestnávateľa Rudné bane, š. p. bol skončený z dôvodu organizačných zmien. K opravnému prostriedku doložil potvrdenie zamestnávateľa - Rudné bane, š. p. zo dňa 20. januára 2016. Odporkyňa napadnuté rozhodnutie v časti odôvodnenia zmenila rozhodnutím č. XXX XXX XXXX X zo dňa 28. apríla 2016. Podaním doručeným súdu dňa 24. júna 2016 oznámil navrhovateľ prostredníctvom svojho právneho zástupcu, že berie svoj opravný prostriedok proti rozhodnutiu odporkyne v celom rozsahu späť.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https://www.kauzis.sk/judikatura/r/ECLI:SK:KSZA:2016:5016200089.2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