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24Sd/51/2016 z 23. 3. 2016</w:t>
      </w:r>
    </w:p>
    <w:p>
      <w:r>
        <w:t>Uznesenie Krajského súdu Žilina z 23. marca 2016, sp. zn. 24Sd/51/2016, ECLI:SK:KSZA:2016:5016200211.1</w:t>
      </w:r>
    </w:p>
    <w:p>
      <w:r>
        <w:t>Súd: Krajský súd Žilina</w:t>
      </w:r>
    </w:p>
    <w:p>
      <w:r>
        <w:t>Spisová značka: 24Sd/51/2016</w:t>
      </w:r>
    </w:p>
    <w:p>
      <w:r>
        <w:t>ECLI: ECLI:SK:KSZA:2016:5016200211.1</w:t>
      </w:r>
    </w:p>
    <w:p>
      <w:r>
        <w:t>Dátum vydania: 23. 3. 2016</w:t>
      </w:r>
    </w:p>
    <w:p>
      <w:r>
        <w:t>Forma: Uznesenie</w:t>
      </w:r>
    </w:p>
    <w:p>
      <w:pPr>
        <w:pStyle w:val="Heading2"/>
      </w:pPr>
      <w:r>
        <w:t>Text rozhodnutia</w:t>
      </w:r>
    </w:p>
    <w:p>
      <w:r>
        <w:t>Súd: Krajský súd Žilina Spisová značka: 24Sd/51/2016 Identifikačné číslo súdneho spisu: 5016200211 Dátum vydania rozhodnutia: 24. 03. 2016 Meno a priezvisko sudcu, VSÚ: JUDr. Zuzana Jančárová ECLI: ECLI:SK:KSZA:2016:5016200211.1 Uznesenie Krajský súd v Žiline, v právnej veci navrhovateľa: V. W., nar. XX. X. XXXX, r.č.: XXXXXX/XXXX, bytom I. XX, XXX XX G., proti odporkyni: Sociálna poisťovňa, ústredie, so sídlom Ul. 29. augusta č. 8-10, 813 63 Bratislava, o invalidný dôchodok, v konaní o opravnom prostriedku podanom navrhovateľom proti rozhodnutiu odporkyne č. XXX XXX XXXX X zo dňa 16.10.2015, takto r o z h o d o l : Súd konanie z a s t a v u j e . Navrhovateľovi náhradu trov konania n e p r i z n á v a . o d ô v o d n e n i e : Napadnutým rozhodnutím č. XXX XXX XXXX X zo dňa 16.10.2015 odporkyňa Sociálna poisťovňa, ústredie Bratislava podľa § 70 ods. 1 a § 71 ods. 1 zákona č. 461/2003 Z.z. o sociálnom poistení v znení neskorších predpisov zamietla žiadosť navrhovateľa o invalidný dôchodok zo dňa 30.9.2015. V dôvodoch rozhodnutia odporkyňa okrem iného uviedla, že podľa posudku posudkového lekára sociálneho poistenia pobočky Sociálnej poisťovne Žilina zo dňa 30.9.2015 navrhovateľ nie je invalidný podľa § 71 ods. 1 zákona č. 461/2003 Z.z., lebo pre dlhodobo nepriaznivý zdravotný stav nemá pokles schopnosti vykonávať zárobkovú činnosť o viac ako 40 % v porovnaní so zdravou fyzickou osobou. Proti tomuto rozhodnutiu podal navrhovateľ včas opravný prostriedok, v ktorom namietal svoj nepriaznivý zdravotný stav. Uvedený opravný prostriedok navrhovateľa bol dňa 1.3.2016 predložený odporkyňou Krajskému súdu v Žiline na rozhodnutie. Za účelom posúdenia invalidity navrhovateľa na základe konania o opravnom prostriedku bol jeho zdravotný stav opätovne posúdený posudkovou lekárkou sociálneho poistenia Sociálnej poisťovne, pobočka Žilina MUDr. H. B., ktorá v lekárskej správe - odbornom posudku o invalidite zo dňa 27.1.2016 konštatovala, že navrhovateľ je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60 %. Dátum vzniku invalidity: 17.12.2015. Invalidita vznikla v dôsledku choroby (I97/ kapitola IX, oddiel A, položka 1, písmeno c). K rovnakému posudkovému záveru dospel aj posudkový lekár sociálneho poistenia Sociálnej poisťovne, ústredie, vysunuté pracovisko v Žiline MUDr. X. B. v lekárskej správe zo dňa 23.2.2016. V dôsledku zmeny v posudkových záveroch bol nárok navrhovateľa na invalidný dôchodok odporkyňou opätovne posúdený. Odporkyňa rozhodnutím č. XXX XXX XXXX X. - II. zo dňa 11.2.2016 podľa § 112 zákona č. 461/2003 Z.z. o sociálnom poistení v znení neskorších predpisov zrušila napadnuté rozhodnutie odporkyne a súčasne čiastočne vyhovela opravnému prostriedku navrhovateľa. Odporkyňa rozhodnutím č. XXX XXX XXXX X zo dňa 11.2.2016 podľa § 70 ods. 1 a § 82 zákona č. 461/2003 Z.z. o sociálnom poistení v znení neskorších predpisov priznala navrhovateľovi od 17.12.2015 invalidný dôchodok v sume 201,00 € mesačne, zvýšený podľa § 82 zákona č. 461/2003 Z.z. o sociálnom poistení v znení neskorších predpisov a § 1 opatrenia Ministerstva práce, sociálnych vecí a rodiny č. 283/2015 Z.z. od 1.1.2016 na 202,00 € mesačne. Podaním zo dňa 10.3.2016 navrhovateľ vzal späť podaný opravný prostriedok proti rozhodnutiu odporkyne č. XXX XXX XXXX X zo dňa 16.10.2015 a súhlasil so zastavením konania.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navrhovateľa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navrhovateľa, súd konanie podľa § 250d ods. 3 O.s.p. v spojení s § 250h ods. 2 O.s.p. zastavil. Piata časť O.s.p. v druhej ani tretej hlave neupravuje rozhodovanie súdu o náhrade trov konania navrhovateľa v prípade zastavenia konania pre späťvzatie žaloby (opravného prostriedku) podľa § 250d ods. 3 O.s.p.. Pre taký prípad je potrebné postupovať podľa ust. § 246c ods. 1 veta prvá O.s.p. v spojení s ust. § 146 ods. 2 veta druhá O.s.p., v zmysle ktorého má navrhovateľ právo na náhradu trov konania v tom prípade, ak jeho opravný prostriedok bol podaný dôvodne. V predmetnej veci bola zistená u navrhovateľa vyššia miera poklesu schopnosti vykonávať zárobkovú činnosť až v dôsledku podania opravného prostriedku navrhovateľom. Odporkyňa nesie procesné zavinenie na zastavení konania, preto je povinná nahradiť navrhovateľovi trovy, ktoré mu v súvislosti s týmto konaním vznikli. Z obsahu spisového materiálu však nevyplýva, že by navrhovateľovi doposiaľ s týmto konaním nejaké trovy vznikli a zároveň ani samotný navrhovateľ nevzniesol procesný návrh na ich uplatnenie v zmysle ust. § 151 ods. 1 O.s.p., v dôsledku čoho súd navrhovateľovi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https://www.kauzis.sk/judikatura/r/ECLI:SK:KSZA:2016:5016200211.1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