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24Sd/53/2016 z 30. 3. 2016</w:t>
      </w:r>
    </w:p>
    <w:p>
      <w:r>
        <w:t>Uznesenie Krajského súdu Žilina z 30. marca 2016, sp. zn. 24Sd/53/2016, ECLI:SK:KSZA:2016:5016200215.1</w:t>
      </w:r>
    </w:p>
    <w:p>
      <w:r>
        <w:t>Súd: Krajský súd Žilina</w:t>
      </w:r>
    </w:p>
    <w:p>
      <w:r>
        <w:t>Spisová značka: 24Sd/53/2016</w:t>
      </w:r>
    </w:p>
    <w:p>
      <w:r>
        <w:t>ECLI: ECLI:SK:KSZA:2016:5016200215.1</w:t>
      </w:r>
    </w:p>
    <w:p>
      <w:r>
        <w:t>Dátum vydania: 30. 3. 2016</w:t>
      </w:r>
    </w:p>
    <w:p>
      <w:r>
        <w:t>Forma: Uznesenie</w:t>
      </w:r>
    </w:p>
    <w:p>
      <w:pPr>
        <w:pStyle w:val="Heading2"/>
      </w:pPr>
      <w:r>
        <w:t>Text rozhodnutia</w:t>
      </w:r>
    </w:p>
    <w:p>
      <w:r>
        <w:t>Súd: Krajský súd Žilina Spisová značka: 24Sd/53/2016 Identifikačné číslo súdneho spisu: 5016200215 Dátum vydania rozhodnutia: 31. 03. 2016 Meno a priezvisko sudcu, VSÚ: JUDr. Zuzana Jančárová ECLI: ECLI:SK:KSZA:2016:5016200215.1 Uznesenie Krajský súd v Žiline, v právnej veci navrhovateľky: R. L., nar. XX.X.XXXX, r. č.: XXXXXX/XXXX, bytom L. XXXX/XB, XXX XX N. X, proti odporkyni: Sociálna poisťovňa, ústredie, so sídlom Ul. 29. augusta č. 8-10, 813 63 Bratislava, o povinnosti vrátiť neprávom vyplatený sirotský dôchodok, v konaní o opravnom prostriedku podanom navrhovateľkou proti rozhodnutiu odporkyne č. XXX XXX XXXX X zo dňa 23.1.2016, takto r o z h o d o l : Súd konanie z a s t a v u j e . Navrhovateľke náhradu trov konania n e p r i z n á v a . o d ô v o d n e n i e : Napadnutým rozhodnutím č. XXX XXX XXXX X zo dňa 23.1.2016 odporkyňa Sociálna poisťovňa, ústredie Bratislava podľa § 236 ods. 1 písm. a) zákona č. 461/2003 Z.z. o sociálnom poistení v znení zákona č. 310/2006 Z.z. uložila navrhovateľke povinnosť vrátiť neprávom vyplatený sirotský dôchodok za obdobie od 20. septembra 2015 do 19. decembra 2015 v celkovej sume 117,90 € mesačne. Neprávom vyplatenú sumu je navrhovateľka povinná vrátiť do 30 dní odo dňa doručenia rozhodnutia. V dôvodoch tohto rozhodnutia odporkyňa okrem iného konštatovala, že nesplnením riadnej ohlasovacej povinnosti navrhovateľka spôsobila, že sa sirotský dôchodok za obdobie od 20. septembra 2015 do 19. decembra 2015 poskytol neprávom v celkovej sume 117,90 € mesačne. Pretože navrhovateľka nesplnila povinnosť uloženú ustanovením § 227 ods. 3 druhá veta zákona č. 461/2003 Z.z. o sociálnom poistení v znení zákona č. 555/2007 Z.z., následkom čoho bol sirotský dôchodok vyplácaný aj v dobe od 20. septembra 2015 do 19. decembra 2015, hoci v tejto dobe už podľa § 9 a § 76 ods. 3 zákona č. 461/2003 Z.z. v znení zákona č. 555/2007 Z.z. nárok na jeho výplatu pre nesplnenie podmienky nezaopatrenosti dieťaťa zanikol, navrhovateľka je povinná v zmysle § 263 ods. 1 písm. a) zákona č. 461/2003 Z.z. neprávom vyplatenú sumu na sirotskom dôchodku 117,90 € vrátiť na účet Sociálnej poisťovne zriadený v Štátnej pokladnici, špecifikovaný v odôvodnení napadnutého rozhodnutia. Proti tomuto rozhodnutiu podala včas navrhovateľka opravný prostriedok, v ktorom namietala, že poslednú výplatu sirotského dôchodku prevzala 20. septembra 2015 a odvtedy jej peniaze už neboli vyplatené. V októbri 2016 odporkyni zaslala potvrdenie o prerušení štúdia na Vysokej škole manažmentu a ekonómie verejnej správy v Bratislave. U vedúcej pošty v Čadci si overila, že naposledy vybrala dôchodok 20.9.2015, tak nevie, kde nastal problém. Odporkyňa v písomnom vyjadrení zo dňa 26.2.2016 okrem iného uviedla, že navrhovateľka nehlásila, že dňom 1. septembra 2015 prerušila štúdium na Vysokej škole ekonómie a manažmentu verejnej správy v Bratislave. Prerušenie štúdia oznámila vysoká škola potvrdením z 9. novembra 2015, ktoré bolo doručené odporkyni dňa 10. novembra 2015. Odporkyňa po podaní opravného prostriedku navrhovateľkou posúdila správnosť obdobia, za ktoré požadovala vrátiť neprávom vyplatenú sumu na sirotskom dôchodku. Odporkyňa rozhodnutím č. XXX XXX XXXX 0-I- zo dňa 12. februára 2016 podľa § 112 zákona č. 461/2003 Z.z. o sociálnom poistení v znení neskorších predpisov zrušila napadnuté rozhodnutie odporkyne č. XXX XXX XXXX X zo dňa 23. januára 2016 o povinnosti vrátiť neprávom vyplatenú sumu sirotského dôchodku. V odôvodnení tohto rozhodnutia uviedla, že ho zrušuje ako nesprávne vydané. Keďže opravnému prostriedku navrhovateľky bolo vyhovené, odporkyňa navrhla, aby krajský súd podľa § 250o O.s.p. konanie zastavil. Podľa ustanovenia § 250o O.s.p. ak správny orgán, ktorého rozhodnutie súd preskúmava, vydá nové rozhodnutie, ktorým návrhu celkom vyhovie, súd uznesením konanie zastaví. Nakoľko odporkyňa po podaní opravného prostriedku navrhovateľkou vydala nové rozhodnutie, ktorým návrhu (t.j. opravnému prostriedku) navrhovateľky v celom rozsahu vyhovela, súd pri aplikácii ustanovenia § 250o O.s.p. rozhodol o zastavení konania. O trovách konania súd rozhodol v zmysle ustanovenia § 146 ods. 2 vety prvej O.s.p. v spojení s § 246c ods. 1 O.s.p., podľa ktorého ak niektorý z účastníkov zavinil, že konanie sa muselo zastaviť, je povinný nahradiť jeho trovy. Vzhľadom na to, že odporkyňa zrušila napadnuté rozhodnutie podľa ustanovenia § 112 ods. 1 zákona č. 461/2003 Z.z. o sociálnom poistení v znení neskorších predpisov, teda vyhovela navrhovateľke v plnom rozsahu až po tom, ako navrhovateľka podala proti napadnutému rozhodnutiu opravný prostriedok,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ustanovenia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