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25Sd/53/2016 z 13. 7. 2016</w:t>
      </w:r>
    </w:p>
    <w:p>
      <w:r>
        <w:t>Uznesenie Krajského súdu Žilina z 13. júla 2016, sp. zn. 25Sd/53/2016, ECLI:SK:KSZA:2016:5016200217.1</w:t>
      </w:r>
    </w:p>
    <w:p>
      <w:r>
        <w:t>Súd: Krajský súd Žilina</w:t>
      </w:r>
    </w:p>
    <w:p>
      <w:r>
        <w:t>Spisová značka: 25Sd/53/2016</w:t>
      </w:r>
    </w:p>
    <w:p>
      <w:r>
        <w:t>ECLI: ECLI:SK:KSZA:2016:5016200217.1</w:t>
      </w:r>
    </w:p>
    <w:p>
      <w:r>
        <w:t>Dátum vydania: 13. 7.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25Sd/53/2016 Identifikačné číslo súdneho spisu: 5016200217 Dátum vydania rozhodnutia: 14. 07. 2016 Meno a priezvisko sudcu, VSÚ: Mgr. Nora Tomková ECLI: ECLI:SK:KSZA:2016:5016200217.1 Uznesenie Krajský súd v Žiline - správny súd, v právnej veci navrhovateľky: Bc. J. N., nar. XX. X. XXXX, r. č.: XXXXXX/XXXX, bytom F. XXX, proti odporkyni: Sociálna poisťovňa, ústredie, so sídlom Ul. 29. augusta č. 8, 813 63 Bratislava, o invalidný dôchodok, takto r o z h o d o l : Súd konanie z a s t a v u j e . Odporkyni náhradu trov konania n e p r i z n á v a . o d ô v o d n e n i e : Odporkyňa napadnutým rozhodnutím č. XXX XXX XXXX X zo dňa 18. januára 2016 podľa § 70 ods. 1 a § 82 Zákona o sociálnom poistení v znení neskorších predpisov rozhodla, že navrhovateľke od 8. septembra 2015 vznikol nárok na invalidný dôchodok v sume 205,50 € mesačne. Proti rozhodnutiu odporkyne podala navrhovateľka včas opravný prostriedok, v ktorom poukazovala na nepriaznivý zdravotný stav a nesúhlasila s uznanou 45 % mierou poklesu schopnosti vykonávať zárobkovú činnosť a žiadala o zvýšenie percentuálnej miery poklesu schopnosti vykonávať zárobkovú činnosť. Na základe podaného opravného prostriedku bol zdravotný stav navrhovateľky opätovne posúdený posudkovým lekárom sociálneho poistenia odporkyne, pobočky Žilina dňa 18. apríla 2016 a posudkovým lekárom sociálneho poistenia odporkyne, ústredie dňa 25. mája 2016. Posudkoví lekári sociálneho poistenia zotrvali na pôvodnom posudku, že navrhovateľka je od 8. septembra 2015 invalidná podľa § 71 ods. 1 Zákona o sociálnom poistení s mierou poklesu schopnosti vykonávať zárobkovú činnosť 45 % v porovnaní so zdravou fyzickou osobou. Po doručení potvrdenia pobočky odporkyne z 2. mája 2016 - do kedy bolo navrhovateľke vyplácané nemocenské rozhodnutím č. XXX XXX XXXX X zo dňa 19. mája 2016 odporkyňa podľa § 70 ods. 1 a § 82 Zákona o sociálnom poistení v znení neskorších predpisov priznala navrhovateľke od 1. mája 2016 invalidný dôchodok v sume 216,70 € mesačne v súlade s § 80 Zákona o sociálnom poistení v znení neskorších predpisov, po ukončení poberania nemocenského 30. apríla 2016. Na pojednávaní navrhovateľka vzhľadom na záver druhostupňového posudkového lekára zobrala opravný prostriedok späť a súhlasila s tým, aby súd konaie vo veci zastavil. Ona si dorobí vyšetrenia - reumatológiu a niekedy v októbri, keď bude mať sústredené všetky novšie odborné lekárske nálezy, si podá novú žiadosť o zvýšenie invalidného dôchodku. Zástupkyňa odporkyne nemala námietky voči dispozitívnemu úkonu navrhovateľky. S poukazom na dispozitívny úkon navrhovateľky súd konanie zastavil v súlade s ust. § 250d ods. 3 O.s.p. v spojení s ust. § 250h ods. 2 O.s.p.. O trovách konania súd rozhodol primerane podľa ust. § 250h ods. 2 O.s.p. v spojení s ust. § 250l ods. 2 O.s.p., podľa ktorého, až do rozhodnutia súdu môže žalobca vziať žalobu späť; ak žalovanému medzitým vznikli trovy konania, rozhodne súd o ich náhrade. V predmetnom konaní žalovanému správnemu orgánu trovy konania nevznikli, preto o ich náhrade súd rozhodol tak, ako je uvedené vo výrokovej časti tohto rozhodnutia (odporkyni náhradu trov konania nepriznáva). V predmetnom konaní súd postupoval v súlade s ust. § 492 ods. 1 zákona č. 162/2015 Z. z. (teda podľa O.s.p.). Poučenie: Proti tomuto uzneseniu j e p r í p u s t n é odvolanie do 15 dní odo dňa jeho doručenia prostredníctvom Krajského súdu v Žiline na Najvyšší súd Slovenskej republiky v Bratislave, písomne v 3 vyhotoveniach. Vzhľadom k tomu, že sa účastníci konania vzdali práva podať odvolanie proti vyhlásenému rozhodnutiu, toto nadobudne právoplatnosť dňom doručenia poslednému z nich.</w:t>
      </w:r>
    </w:p>
    <w:p/>
    <w:p>
      <w:r>
        <w:t>Zdroj: KAUZIS.SK – https://www.kauzis.sk/judikatura/r/ECLI:SK:KSZA:2016:5016200217.1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